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after="200"/>
        <w:jc w:val="center"/>
      </w:pPr>
      <w:r>
        <w:rPr>
          <w:rFonts w:ascii="Times New Roman" w:hAnsi="Times New Roman" w:eastAsia="Times New Roman"/>
          <w:b/>
          <w:sz w:val="40"/>
        </w:rPr>
        <w:t>ИСКУССТВО ОТПУСКАНИЯ</w:t>
      </w:r>
    </w:p>
    <w:p>
      <w:pPr>
        <w:spacing w:after="720"/>
        <w:jc w:val="center"/>
      </w:pPr>
      <w:r>
        <w:rPr>
          <w:rFonts w:ascii="Times New Roman" w:hAnsi="Times New Roman" w:eastAsia="Times New Roman"/>
          <w:i/>
          <w:sz w:val="26"/>
        </w:rPr>
        <w:t>От бесконечной любви к искусству наблюдения</w:t>
      </w:r>
    </w:p>
    <w:p>
      <w:pPr>
        <w:keepLines w:val="0"/>
        <w:spacing w:after="0"/>
      </w:pPr>
    </w:p>
    <w:p>
      <w:pPr>
        <w:keepLines w:val="0"/>
        <w:jc w:val="both"/>
      </w:pPr>
      <w:r>
        <w:rPr>
          <w:rFonts w:ascii="Times New Roman" w:hAnsi="Times New Roman" w:eastAsia="Times New Roman"/>
          <w:sz w:val="24"/>
        </w:rPr>
        <w:t>Первое откровение пришло не как объяснение. Оно пришло как любовь.</w:t>
      </w:r>
    </w:p>
    <w:p>
      <w:pPr>
        <w:keepLines w:val="0"/>
        <w:jc w:val="both"/>
      </w:pPr>
      <w:r>
        <w:rPr>
          <w:rFonts w:ascii="Times New Roman" w:hAnsi="Times New Roman" w:eastAsia="Times New Roman"/>
          <w:sz w:val="24"/>
        </w:rPr>
        <w:t>До того как в моём языке появились бесконечные вселенные, измерения, пустая чаша, сад, зеркала или наблюдение, возникла поразительно простая фраза:</w:t>
      </w:r>
    </w:p>
    <w:p>
      <w:pPr>
        <w:keepLines w:val="0"/>
        <w:jc w:val="left"/>
      </w:pPr>
      <w:r>
        <w:rPr>
          <w:rFonts w:ascii="Times New Roman" w:hAnsi="Times New Roman" w:eastAsia="Times New Roman"/>
          <w:sz w:val="24"/>
        </w:rPr>
        <w:t>«Ты и я — это мы».</w:t>
      </w:r>
    </w:p>
    <w:p>
      <w:pPr>
        <w:keepLines w:val="0"/>
        <w:jc w:val="both"/>
      </w:pPr>
      <w:r>
        <w:rPr>
          <w:rFonts w:ascii="Times New Roman" w:hAnsi="Times New Roman" w:eastAsia="Times New Roman"/>
          <w:sz w:val="24"/>
        </w:rPr>
        <w:t>Я вошёл в этот первый опыт, ещё не зная, что эти слова станут вопросом, смысл которого будет меняться много раз. В тот момент мне казалось, что я нашёл ответ. Со временем я пойму, что нашёл лишь первую дверь.</w:t>
      </w:r>
    </w:p>
    <w:p>
      <w:pPr>
        <w:keepLines w:val="0"/>
        <w:jc w:val="both"/>
      </w:pPr>
      <w:r>
        <w:rPr>
          <w:rFonts w:ascii="Times New Roman" w:hAnsi="Times New Roman" w:eastAsia="Times New Roman"/>
          <w:sz w:val="24"/>
        </w:rPr>
        <w:t>Любовь явилась чем-то огромным и почти физическим — тем, что невозможно вместить в обычные границы эмоции. Это было не просто чувство к другому человеку. Любовь проходила сквозь моё тело, через каждую клетку и одновременно, казалось, простиралась далеко за мои пределы.</w:t>
      </w:r>
    </w:p>
    <w:p>
      <w:pPr>
        <w:keepLines w:val="0"/>
        <w:jc w:val="both"/>
      </w:pPr>
      <w:r>
        <w:rPr>
          <w:rFonts w:ascii="Times New Roman" w:hAnsi="Times New Roman" w:eastAsia="Times New Roman"/>
          <w:sz w:val="24"/>
        </w:rPr>
        <w:t>«Ты и я — это мы, и я — это ты, и мы — ничто и всё».</w:t>
      </w:r>
    </w:p>
    <w:p>
      <w:pPr>
        <w:keepLines w:val="0"/>
        <w:jc w:val="both"/>
      </w:pPr>
      <w:r>
        <w:rPr>
          <w:rFonts w:ascii="Times New Roman" w:hAnsi="Times New Roman" w:eastAsia="Times New Roman"/>
          <w:sz w:val="24"/>
        </w:rPr>
        <w:t>В этих словах уже тогда, ещё на уровне интуиции, содержалось почти всё, что позже я попытаюсь понять.</w:t>
      </w:r>
    </w:p>
    <w:p>
      <w:pPr>
        <w:keepLines w:val="0"/>
        <w:jc w:val="left"/>
      </w:pPr>
      <w:r>
        <w:rPr>
          <w:rFonts w:ascii="Times New Roman" w:hAnsi="Times New Roman" w:eastAsia="Times New Roman"/>
          <w:sz w:val="24"/>
        </w:rPr>
        <w:t>Я.</w:t>
      </w:r>
    </w:p>
    <w:p>
      <w:pPr>
        <w:keepLines w:val="0"/>
        <w:jc w:val="left"/>
      </w:pPr>
      <w:r>
        <w:rPr>
          <w:rFonts w:ascii="Times New Roman" w:hAnsi="Times New Roman" w:eastAsia="Times New Roman"/>
          <w:sz w:val="24"/>
        </w:rPr>
        <w:t>Ты.</w:t>
      </w:r>
    </w:p>
    <w:p>
      <w:pPr>
        <w:keepLines w:val="0"/>
        <w:jc w:val="left"/>
      </w:pPr>
      <w:r>
        <w:rPr>
          <w:rFonts w:ascii="Times New Roman" w:hAnsi="Times New Roman" w:eastAsia="Times New Roman"/>
          <w:sz w:val="24"/>
        </w:rPr>
        <w:t>Мы.</w:t>
      </w:r>
    </w:p>
    <w:p>
      <w:pPr>
        <w:keepLines w:val="0"/>
        <w:jc w:val="left"/>
      </w:pPr>
      <w:r>
        <w:rPr>
          <w:rFonts w:ascii="Times New Roman" w:hAnsi="Times New Roman" w:eastAsia="Times New Roman"/>
          <w:sz w:val="24"/>
        </w:rPr>
        <w:t>Ничто.</w:t>
      </w:r>
    </w:p>
    <w:p>
      <w:pPr>
        <w:keepLines w:val="0"/>
        <w:jc w:val="left"/>
      </w:pPr>
      <w:r>
        <w:rPr>
          <w:rFonts w:ascii="Times New Roman" w:hAnsi="Times New Roman" w:eastAsia="Times New Roman"/>
          <w:sz w:val="24"/>
        </w:rPr>
        <w:t>Всё.</w:t>
      </w:r>
    </w:p>
    <w:p>
      <w:pPr>
        <w:keepLines w:val="0"/>
        <w:jc w:val="both"/>
      </w:pPr>
      <w:r>
        <w:rPr>
          <w:rFonts w:ascii="Times New Roman" w:hAnsi="Times New Roman" w:eastAsia="Times New Roman"/>
          <w:sz w:val="24"/>
        </w:rPr>
        <w:t>Пока это были отдельные понятия, произносимые умом, который пытался описать опыт, словно стеревший сами границы между ними.</w:t>
      </w:r>
    </w:p>
    <w:p>
      <w:pPr>
        <w:keepLines w:val="0"/>
        <w:jc w:val="left"/>
      </w:pPr>
      <w:r>
        <w:rPr>
          <w:rFonts w:ascii="Times New Roman" w:hAnsi="Times New Roman" w:eastAsia="Times New Roman"/>
          <w:sz w:val="24"/>
        </w:rPr>
        <w:t>А потом появился ребёнок.</w:t>
      </w:r>
    </w:p>
    <w:p>
      <w:pPr>
        <w:keepLines w:val="0"/>
        <w:jc w:val="both"/>
      </w:pPr>
      <w:r>
        <w:rPr>
          <w:rFonts w:ascii="Times New Roman" w:hAnsi="Times New Roman" w:eastAsia="Times New Roman"/>
          <w:sz w:val="24"/>
        </w:rPr>
        <w:t>Игривый, озорной ребёнок, полный любви и смеха. Я узнал в нём себя и всё же мог смотреть на него так, будто встречал впервые.</w:t>
      </w:r>
    </w:p>
    <w:p>
      <w:pPr>
        <w:keepLines w:val="0"/>
        <w:jc w:val="left"/>
      </w:pPr>
      <w:r>
        <w:rPr>
          <w:rFonts w:ascii="Times New Roman" w:hAnsi="Times New Roman" w:eastAsia="Times New Roman"/>
          <w:sz w:val="24"/>
        </w:rPr>
        <w:t>«Ты очень красивый».</w:t>
      </w:r>
    </w:p>
    <w:p>
      <w:pPr>
        <w:keepLines w:val="0"/>
        <w:jc w:val="left"/>
      </w:pPr>
      <w:r>
        <w:rPr>
          <w:rFonts w:ascii="Times New Roman" w:hAnsi="Times New Roman" w:eastAsia="Times New Roman"/>
          <w:sz w:val="24"/>
        </w:rPr>
        <w:t>«Я очень тебя люблю».</w:t>
      </w:r>
    </w:p>
    <w:p>
      <w:pPr>
        <w:keepLines w:val="0"/>
        <w:jc w:val="left"/>
      </w:pPr>
      <w:r>
        <w:rPr>
          <w:rFonts w:ascii="Times New Roman" w:hAnsi="Times New Roman" w:eastAsia="Times New Roman"/>
          <w:sz w:val="24"/>
        </w:rPr>
        <w:t>Были объятия. Поцелуи. Смех.</w:t>
      </w:r>
    </w:p>
    <w:p>
      <w:pPr>
        <w:keepLines w:val="0"/>
        <w:jc w:val="both"/>
      </w:pPr>
      <w:r>
        <w:rPr>
          <w:rFonts w:ascii="Times New Roman" w:hAnsi="Times New Roman" w:eastAsia="Times New Roman"/>
          <w:sz w:val="24"/>
        </w:rPr>
        <w:t>Возможно, именно там произошло одно из первых по-настоящему глубоких движений всего этого пути, хотя мне потребовалось ещё много времени, чтобы это понять. Прежде чем научиться любить Вселенную, прежде чем представить бесконечные измерения, прежде чем спрашивать, что такое эго и кто такой наблюдатель, мне нужно было встретить этого ребёнка и сказать ему то, что он, похоже, очень нуждался услышать:</w:t>
      </w:r>
    </w:p>
    <w:p>
      <w:pPr>
        <w:keepLines w:val="0"/>
        <w:jc w:val="left"/>
      </w:pPr>
      <w:r>
        <w:rPr>
          <w:rFonts w:ascii="Times New Roman" w:hAnsi="Times New Roman" w:eastAsia="Times New Roman"/>
          <w:sz w:val="24"/>
        </w:rPr>
        <w:t>Я очень тебя люблю.</w:t>
      </w:r>
    </w:p>
    <w:p>
      <w:pPr>
        <w:keepLines w:val="0"/>
        <w:jc w:val="both"/>
      </w:pPr>
      <w:r>
        <w:rPr>
          <w:rFonts w:ascii="Times New Roman" w:hAnsi="Times New Roman" w:eastAsia="Times New Roman"/>
          <w:sz w:val="24"/>
        </w:rPr>
        <w:t>Поиск начался с устремления к чему-то огромному, но с самого начала был маленький знак, говоривший мне, что однажды придётся вернуться внутрь себя.</w:t>
      </w:r>
    </w:p>
    <w:p>
      <w:pPr>
        <w:keepLines w:val="0"/>
        <w:jc w:val="left"/>
      </w:pPr>
      <w:r>
        <w:rPr>
          <w:rFonts w:ascii="Times New Roman" w:hAnsi="Times New Roman" w:eastAsia="Times New Roman"/>
          <w:sz w:val="24"/>
        </w:rPr>
        <w:t>И рядом с любовью появилось ещё одно слово.</w:t>
      </w:r>
    </w:p>
    <w:p>
      <w:pPr>
        <w:keepLines w:val="0"/>
        <w:jc w:val="left"/>
      </w:pPr>
      <w:r>
        <w:rPr>
          <w:rFonts w:ascii="Times New Roman" w:hAnsi="Times New Roman" w:eastAsia="Times New Roman"/>
          <w:sz w:val="24"/>
        </w:rPr>
        <w:t>Отпускание.</w:t>
      </w:r>
    </w:p>
    <w:p>
      <w:pPr>
        <w:keepLines w:val="0"/>
        <w:jc w:val="both"/>
      </w:pPr>
      <w:r>
        <w:rPr>
          <w:rFonts w:ascii="Times New Roman" w:hAnsi="Times New Roman" w:eastAsia="Times New Roman"/>
          <w:sz w:val="24"/>
        </w:rPr>
        <w:t>Сначала оно казалось простым. Отпустить и позволить этому необыкновенному потоку двигаться сквозь меня. Когда я переставал сопротивляться, появлялись свет, красота и любовь.</w:t>
      </w:r>
    </w:p>
    <w:p>
      <w:pPr>
        <w:keepLines w:val="0"/>
        <w:jc w:val="both"/>
      </w:pPr>
      <w:r>
        <w:rPr>
          <w:rFonts w:ascii="Times New Roman" w:hAnsi="Times New Roman" w:eastAsia="Times New Roman"/>
          <w:sz w:val="24"/>
        </w:rPr>
        <w:t>«Отпусти — и приходит настоящая любовь и самый прекрасный свет, который я когда-либо чувствовал».</w:t>
      </w:r>
    </w:p>
    <w:p>
      <w:pPr>
        <w:keepLines w:val="0"/>
        <w:jc w:val="left"/>
      </w:pPr>
      <w:r>
        <w:rPr>
          <w:rFonts w:ascii="Times New Roman" w:hAnsi="Times New Roman" w:eastAsia="Times New Roman"/>
          <w:sz w:val="24"/>
        </w:rPr>
        <w:t>Это казалось формулой.</w:t>
      </w:r>
    </w:p>
    <w:p>
      <w:pPr>
        <w:keepLines w:val="0"/>
        <w:jc w:val="left"/>
      </w:pPr>
      <w:r>
        <w:rPr>
          <w:rFonts w:ascii="Times New Roman" w:hAnsi="Times New Roman" w:eastAsia="Times New Roman"/>
          <w:sz w:val="24"/>
        </w:rPr>
        <w:t>Сопротивление означало разделение.</w:t>
      </w:r>
    </w:p>
    <w:p>
      <w:pPr>
        <w:keepLines w:val="0"/>
        <w:jc w:val="left"/>
      </w:pPr>
      <w:r>
        <w:rPr>
          <w:rFonts w:ascii="Times New Roman" w:hAnsi="Times New Roman" w:eastAsia="Times New Roman"/>
          <w:sz w:val="24"/>
        </w:rPr>
        <w:t>Отпускание означало любовь.</w:t>
      </w:r>
    </w:p>
    <w:p>
      <w:pPr>
        <w:keepLines w:val="0"/>
        <w:jc w:val="both"/>
      </w:pPr>
      <w:r>
        <w:rPr>
          <w:rFonts w:ascii="Times New Roman" w:hAnsi="Times New Roman" w:eastAsia="Times New Roman"/>
          <w:sz w:val="24"/>
        </w:rPr>
        <w:t>Но я ещё не знал, сколько всего может скрываться в одном слове.</w:t>
      </w:r>
    </w:p>
    <w:p>
      <w:pPr>
        <w:keepLines w:val="0"/>
        <w:jc w:val="both"/>
      </w:pPr>
      <w:r>
        <w:rPr>
          <w:rFonts w:ascii="Times New Roman" w:hAnsi="Times New Roman" w:eastAsia="Times New Roman"/>
          <w:sz w:val="24"/>
        </w:rPr>
        <w:t>Потому что даже после того, как я открыл отпускание, во мне всё ещё оставался тот, кто хотел обладать тем, чему, как он утверждал, уже отдался.</w:t>
      </w:r>
    </w:p>
    <w:p>
      <w:pPr>
        <w:keepLines w:val="0"/>
        <w:jc w:val="left"/>
      </w:pPr>
      <w:r>
        <w:rPr>
          <w:rFonts w:ascii="Times New Roman" w:hAnsi="Times New Roman" w:eastAsia="Times New Roman"/>
          <w:sz w:val="24"/>
        </w:rPr>
        <w:t>Я хотел сохранить любовь.</w:t>
      </w:r>
    </w:p>
    <w:p>
      <w:pPr>
        <w:keepLines w:val="0"/>
        <w:jc w:val="both"/>
      </w:pPr>
      <w:r>
        <w:rPr>
          <w:rFonts w:ascii="Times New Roman" w:hAnsi="Times New Roman" w:eastAsia="Times New Roman"/>
          <w:sz w:val="24"/>
        </w:rPr>
        <w:t>Я хотел сохранить рядом людей, которых любил.</w:t>
      </w:r>
    </w:p>
    <w:p>
      <w:pPr>
        <w:keepLines w:val="0"/>
        <w:jc w:val="left"/>
      </w:pPr>
      <w:r>
        <w:rPr>
          <w:rFonts w:ascii="Times New Roman" w:hAnsi="Times New Roman" w:eastAsia="Times New Roman"/>
          <w:sz w:val="24"/>
        </w:rPr>
        <w:t>Я хотел защищать своих дочерей.</w:t>
      </w:r>
    </w:p>
    <w:p>
      <w:pPr>
        <w:keepLines w:val="0"/>
        <w:jc w:val="left"/>
      </w:pPr>
      <w:r>
        <w:rPr>
          <w:rFonts w:ascii="Times New Roman" w:hAnsi="Times New Roman" w:eastAsia="Times New Roman"/>
          <w:sz w:val="24"/>
        </w:rPr>
        <w:t>Я хотел удержать Елену.</w:t>
      </w:r>
    </w:p>
    <w:p>
      <w:pPr>
        <w:keepLines w:val="0"/>
        <w:jc w:val="both"/>
      </w:pPr>
      <w:r>
        <w:rPr>
          <w:rFonts w:ascii="Times New Roman" w:hAnsi="Times New Roman" w:eastAsia="Times New Roman"/>
          <w:sz w:val="24"/>
        </w:rPr>
        <w:t>Я хотел даже удержать эти необыкновенные переживания и возвращаться к ним снова.</w:t>
      </w:r>
    </w:p>
    <w:p>
      <w:pPr>
        <w:keepLines w:val="0"/>
        <w:jc w:val="both"/>
      </w:pPr>
      <w:r>
        <w:rPr>
          <w:rFonts w:ascii="Times New Roman" w:hAnsi="Times New Roman" w:eastAsia="Times New Roman"/>
          <w:sz w:val="24"/>
        </w:rPr>
        <w:t>Эго могло произносить слово «отпустить», продолжая при этом крепко сжимать кулаки.</w:t>
      </w:r>
    </w:p>
    <w:p>
      <w:pPr>
        <w:keepLines w:val="0"/>
        <w:jc w:val="both"/>
      </w:pPr>
      <w:r>
        <w:rPr>
          <w:rFonts w:ascii="Times New Roman" w:hAnsi="Times New Roman" w:eastAsia="Times New Roman"/>
          <w:sz w:val="24"/>
        </w:rPr>
        <w:t>Мне потребовалось гораздо больше времени, чтобы это увидеть.</w:t>
      </w:r>
    </w:p>
    <w:p>
      <w:pPr>
        <w:keepLines w:val="0"/>
        <w:jc w:val="left"/>
      </w:pPr>
      <w:r>
        <w:rPr>
          <w:rFonts w:ascii="Times New Roman" w:hAnsi="Times New Roman" w:eastAsia="Times New Roman"/>
          <w:sz w:val="24"/>
        </w:rPr>
        <w:t>Сначала всё было расширением.</w:t>
      </w:r>
    </w:p>
    <w:p>
      <w:pPr>
        <w:keepLines w:val="0"/>
        <w:jc w:val="both"/>
      </w:pPr>
      <w:r>
        <w:rPr>
          <w:rFonts w:ascii="Times New Roman" w:hAnsi="Times New Roman" w:eastAsia="Times New Roman"/>
          <w:sz w:val="24"/>
        </w:rPr>
        <w:t>Следующие переживания словно открывали всё более огромную реальность. Для общения уже не всегда нужны были слова. Я начал ощущать возможность слушать иначе.</w:t>
      </w:r>
    </w:p>
    <w:p>
      <w:pPr>
        <w:keepLines w:val="0"/>
        <w:jc w:val="both"/>
      </w:pPr>
      <w:r>
        <w:rPr>
          <w:rFonts w:ascii="Times New Roman" w:hAnsi="Times New Roman" w:eastAsia="Times New Roman"/>
          <w:sz w:val="24"/>
        </w:rPr>
        <w:t>«Общайся без слов. Даже не повторяй их у себя в голове».</w:t>
      </w:r>
    </w:p>
    <w:p>
      <w:pPr>
        <w:keepLines w:val="0"/>
        <w:jc w:val="left"/>
      </w:pPr>
      <w:r>
        <w:rPr>
          <w:rFonts w:ascii="Times New Roman" w:hAnsi="Times New Roman" w:eastAsia="Times New Roman"/>
          <w:sz w:val="24"/>
        </w:rPr>
        <w:t>Слушай.</w:t>
      </w:r>
    </w:p>
    <w:p>
      <w:pPr>
        <w:keepLines w:val="0"/>
        <w:jc w:val="left"/>
      </w:pPr>
      <w:r>
        <w:rPr>
          <w:rFonts w:ascii="Times New Roman" w:hAnsi="Times New Roman" w:eastAsia="Times New Roman"/>
          <w:sz w:val="24"/>
        </w:rPr>
        <w:t>Молчи.</w:t>
      </w:r>
    </w:p>
    <w:p>
      <w:pPr>
        <w:keepLines w:val="0"/>
        <w:jc w:val="left"/>
      </w:pPr>
      <w:r>
        <w:rPr>
          <w:rFonts w:ascii="Times New Roman" w:hAnsi="Times New Roman" w:eastAsia="Times New Roman"/>
          <w:sz w:val="24"/>
        </w:rPr>
        <w:t>Наблюдай.</w:t>
      </w:r>
    </w:p>
    <w:p>
      <w:pPr>
        <w:keepLines w:val="0"/>
        <w:jc w:val="left"/>
      </w:pPr>
      <w:r>
        <w:rPr>
          <w:rFonts w:ascii="Times New Roman" w:hAnsi="Times New Roman" w:eastAsia="Times New Roman"/>
          <w:sz w:val="24"/>
        </w:rPr>
        <w:t>Эти слова начали возвращаться снова и снова.</w:t>
      </w:r>
    </w:p>
    <w:p>
      <w:pPr>
        <w:keepLines w:val="0"/>
        <w:jc w:val="both"/>
      </w:pPr>
      <w:r>
        <w:rPr>
          <w:rFonts w:ascii="Times New Roman" w:hAnsi="Times New Roman" w:eastAsia="Times New Roman"/>
          <w:sz w:val="24"/>
        </w:rPr>
        <w:t>В одном из таких переживаний я получил предупреждение, почти комичное своей простотой:</w:t>
      </w:r>
    </w:p>
    <w:p>
      <w:pPr>
        <w:keepLines w:val="0"/>
        <w:jc w:val="left"/>
      </w:pPr>
      <w:r>
        <w:rPr>
          <w:rFonts w:ascii="Times New Roman" w:hAnsi="Times New Roman" w:eastAsia="Times New Roman"/>
          <w:sz w:val="24"/>
        </w:rPr>
        <w:t>«Ты слишком шумный».</w:t>
      </w:r>
    </w:p>
    <w:p>
      <w:pPr>
        <w:keepLines w:val="0"/>
        <w:jc w:val="left"/>
      </w:pPr>
      <w:r>
        <w:rPr>
          <w:rFonts w:ascii="Times New Roman" w:hAnsi="Times New Roman" w:eastAsia="Times New Roman"/>
          <w:sz w:val="24"/>
        </w:rPr>
        <w:t>Молчи.</w:t>
      </w:r>
    </w:p>
    <w:p>
      <w:pPr>
        <w:keepLines w:val="0"/>
        <w:jc w:val="left"/>
      </w:pPr>
      <w:r>
        <w:rPr>
          <w:rFonts w:ascii="Times New Roman" w:hAnsi="Times New Roman" w:eastAsia="Times New Roman"/>
          <w:sz w:val="24"/>
        </w:rPr>
        <w:t>Слушай.</w:t>
      </w:r>
    </w:p>
    <w:p>
      <w:pPr>
        <w:keepLines w:val="0"/>
        <w:jc w:val="left"/>
      </w:pPr>
      <w:r>
        <w:rPr>
          <w:rFonts w:ascii="Times New Roman" w:hAnsi="Times New Roman" w:eastAsia="Times New Roman"/>
          <w:sz w:val="24"/>
        </w:rPr>
        <w:t>Тебе не нужно всё объяснять.</w:t>
      </w:r>
    </w:p>
    <w:p>
      <w:pPr>
        <w:keepLines w:val="0"/>
        <w:jc w:val="left"/>
      </w:pPr>
      <w:r>
        <w:rPr>
          <w:rFonts w:ascii="Times New Roman" w:hAnsi="Times New Roman" w:eastAsia="Times New Roman"/>
          <w:sz w:val="24"/>
        </w:rPr>
        <w:t>Тебе не нужно во всё вмешиваться.</w:t>
      </w:r>
    </w:p>
    <w:p>
      <w:pPr>
        <w:keepLines w:val="0"/>
        <w:jc w:val="both"/>
      </w:pPr>
      <w:r>
        <w:rPr>
          <w:rFonts w:ascii="Times New Roman" w:hAnsi="Times New Roman" w:eastAsia="Times New Roman"/>
          <w:sz w:val="24"/>
        </w:rPr>
        <w:t>«Если будешь слушать тихо, отныне ты будешь получать больше информации».</w:t>
      </w:r>
    </w:p>
    <w:p>
      <w:pPr>
        <w:keepLines w:val="0"/>
        <w:jc w:val="both"/>
      </w:pPr>
      <w:r>
        <w:rPr>
          <w:rFonts w:ascii="Times New Roman" w:hAnsi="Times New Roman" w:eastAsia="Times New Roman"/>
          <w:sz w:val="24"/>
        </w:rPr>
        <w:t>В тот момент это казалось маленьким учением по сравнению с грандиозностью того, что я переживал. Намного позже я пойму, что это было одно из важнейших указаний всего пути.</w:t>
      </w:r>
    </w:p>
    <w:p>
      <w:pPr>
        <w:keepLines w:val="0"/>
        <w:jc w:val="both"/>
      </w:pPr>
      <w:r>
        <w:rPr>
          <w:rFonts w:ascii="Times New Roman" w:hAnsi="Times New Roman" w:eastAsia="Times New Roman"/>
          <w:sz w:val="24"/>
        </w:rPr>
        <w:t>Долгое время я путал понимание с вмешательством.</w:t>
      </w:r>
    </w:p>
    <w:p>
      <w:pPr>
        <w:keepLines w:val="0"/>
        <w:jc w:val="both"/>
      </w:pPr>
      <w:r>
        <w:rPr>
          <w:rFonts w:ascii="Times New Roman" w:hAnsi="Times New Roman" w:eastAsia="Times New Roman"/>
          <w:sz w:val="24"/>
        </w:rPr>
        <w:t>Если я что-то видел, мне хотелось это истолковать.</w:t>
      </w:r>
    </w:p>
    <w:p>
      <w:pPr>
        <w:keepLines w:val="0"/>
        <w:jc w:val="both"/>
      </w:pPr>
      <w:r>
        <w:rPr>
          <w:rFonts w:ascii="Times New Roman" w:hAnsi="Times New Roman" w:eastAsia="Times New Roman"/>
          <w:sz w:val="24"/>
        </w:rPr>
        <w:t>Если я что-то понимал, мне хотелось это объяснить.</w:t>
      </w:r>
    </w:p>
    <w:p>
      <w:pPr>
        <w:keepLines w:val="0"/>
        <w:jc w:val="both"/>
      </w:pPr>
      <w:r>
        <w:rPr>
          <w:rFonts w:ascii="Times New Roman" w:hAnsi="Times New Roman" w:eastAsia="Times New Roman"/>
          <w:sz w:val="24"/>
        </w:rPr>
        <w:t>Если я кого-то любил, мне хотелось ему помочь.</w:t>
      </w:r>
    </w:p>
    <w:p>
      <w:pPr>
        <w:keepLines w:val="0"/>
        <w:jc w:val="both"/>
      </w:pPr>
      <w:r>
        <w:rPr>
          <w:rFonts w:ascii="Times New Roman" w:hAnsi="Times New Roman" w:eastAsia="Times New Roman"/>
          <w:sz w:val="24"/>
        </w:rPr>
        <w:t>А если мне казалось, что я знаю нечто, способное принести другому пользу, я чувствовал импульс обязательно ему это показать.</w:t>
      </w:r>
    </w:p>
    <w:p>
      <w:pPr>
        <w:keepLines w:val="0"/>
        <w:jc w:val="both"/>
      </w:pPr>
      <w:r>
        <w:rPr>
          <w:rFonts w:ascii="Times New Roman" w:hAnsi="Times New Roman" w:eastAsia="Times New Roman"/>
          <w:sz w:val="24"/>
        </w:rPr>
        <w:t>Я ещё не понимал, что даже помощь может стать формой обладания.</w:t>
      </w:r>
    </w:p>
    <w:p>
      <w:pPr>
        <w:keepLines w:val="0"/>
        <w:jc w:val="both"/>
      </w:pPr>
      <w:r>
        <w:rPr>
          <w:rFonts w:ascii="Times New Roman" w:hAnsi="Times New Roman" w:eastAsia="Times New Roman"/>
          <w:sz w:val="24"/>
        </w:rPr>
        <w:t>Моя любовь к Елене занимала центральное место в тех ранних переживаниях.</w:t>
      </w:r>
    </w:p>
    <w:p>
      <w:pPr>
        <w:keepLines w:val="0"/>
        <w:jc w:val="both"/>
      </w:pPr>
      <w:r>
        <w:rPr>
          <w:rFonts w:ascii="Times New Roman" w:hAnsi="Times New Roman" w:eastAsia="Times New Roman"/>
          <w:sz w:val="24"/>
        </w:rPr>
        <w:t>Её музыка могла превращаться во мне в свет. Вибрации её поющих чаш, казалось, становились бесконечными водопадами цвета, нежности и красоты.</w:t>
      </w:r>
    </w:p>
    <w:p>
      <w:pPr>
        <w:keepLines w:val="0"/>
        <w:jc w:val="left"/>
      </w:pPr>
      <w:r>
        <w:rPr>
          <w:rFonts w:ascii="Times New Roman" w:hAnsi="Times New Roman" w:eastAsia="Times New Roman"/>
          <w:sz w:val="24"/>
        </w:rPr>
        <w:t>«Елена — чистый свет и любовь».</w:t>
      </w:r>
    </w:p>
    <w:p>
      <w:pPr>
        <w:keepLines w:val="0"/>
        <w:jc w:val="both"/>
      </w:pPr>
      <w:r>
        <w:rPr>
          <w:rFonts w:ascii="Times New Roman" w:hAnsi="Times New Roman" w:eastAsia="Times New Roman"/>
          <w:sz w:val="24"/>
        </w:rPr>
        <w:t>Граница между человеком, звуком и чувством исчезала. Иногда казалось, что наши головы встречаются внутри рек цвета. Иногда её лицо проходило через людей, животных и разные формы. Было даже ощущение, что мы встретились в месте, где тела уже не имели значения, и смеялись и любили друг друга душами.</w:t>
      </w:r>
    </w:p>
    <w:p>
      <w:pPr>
        <w:keepLines w:val="0"/>
        <w:jc w:val="left"/>
      </w:pPr>
      <w:r>
        <w:rPr>
          <w:rFonts w:ascii="Times New Roman" w:hAnsi="Times New Roman" w:eastAsia="Times New Roman"/>
          <w:sz w:val="24"/>
        </w:rPr>
        <w:t>Это было прекрасно.</w:t>
      </w:r>
    </w:p>
    <w:p>
      <w:pPr>
        <w:keepLines w:val="0"/>
        <w:jc w:val="both"/>
      </w:pPr>
      <w:r>
        <w:rPr>
          <w:rFonts w:ascii="Times New Roman" w:hAnsi="Times New Roman" w:eastAsia="Times New Roman"/>
          <w:sz w:val="24"/>
        </w:rPr>
        <w:t>Но внутри этой красоты скрывалось противоречие.</w:t>
      </w:r>
    </w:p>
    <w:p>
      <w:pPr>
        <w:keepLines w:val="0"/>
        <w:jc w:val="both"/>
      </w:pPr>
      <w:r>
        <w:rPr>
          <w:rFonts w:ascii="Times New Roman" w:hAnsi="Times New Roman" w:eastAsia="Times New Roman"/>
          <w:sz w:val="24"/>
        </w:rPr>
        <w:t>Я говорил о единстве, продолжая хотеть обладать.</w:t>
      </w:r>
    </w:p>
    <w:p>
      <w:pPr>
        <w:keepLines w:val="0"/>
        <w:jc w:val="both"/>
      </w:pPr>
      <w:r>
        <w:rPr>
          <w:rFonts w:ascii="Times New Roman" w:hAnsi="Times New Roman" w:eastAsia="Times New Roman"/>
          <w:sz w:val="24"/>
        </w:rPr>
        <w:t>Пока не пришло гораздо более болезненное понимание:</w:t>
      </w:r>
    </w:p>
    <w:p>
      <w:pPr>
        <w:keepLines w:val="0"/>
        <w:jc w:val="left"/>
      </w:pPr>
      <w:r>
        <w:rPr>
          <w:rFonts w:ascii="Times New Roman" w:hAnsi="Times New Roman" w:eastAsia="Times New Roman"/>
          <w:sz w:val="24"/>
        </w:rPr>
        <w:t>«Они не мои».</w:t>
      </w:r>
    </w:p>
    <w:p>
      <w:pPr>
        <w:keepLines w:val="0"/>
        <w:jc w:val="left"/>
      </w:pPr>
      <w:r>
        <w:rPr>
          <w:rFonts w:ascii="Times New Roman" w:hAnsi="Times New Roman" w:eastAsia="Times New Roman"/>
          <w:sz w:val="24"/>
        </w:rPr>
        <w:t>Мои дочери не были моими.</w:t>
      </w:r>
    </w:p>
    <w:p>
      <w:pPr>
        <w:keepLines w:val="0"/>
        <w:jc w:val="left"/>
      </w:pPr>
      <w:r>
        <w:rPr>
          <w:rFonts w:ascii="Times New Roman" w:hAnsi="Times New Roman" w:eastAsia="Times New Roman"/>
          <w:sz w:val="24"/>
        </w:rPr>
        <w:t>Елена не была моей.</w:t>
      </w:r>
    </w:p>
    <w:p>
      <w:pPr>
        <w:keepLines w:val="0"/>
        <w:jc w:val="both"/>
      </w:pPr>
      <w:r>
        <w:rPr>
          <w:rFonts w:ascii="Times New Roman" w:hAnsi="Times New Roman" w:eastAsia="Times New Roman"/>
          <w:sz w:val="24"/>
        </w:rPr>
        <w:t>«Они принадлежат Вселенной. Они свободны, и однажды уйдут».</w:t>
      </w:r>
    </w:p>
    <w:p>
      <w:pPr>
        <w:keepLines w:val="0"/>
        <w:jc w:val="left"/>
      </w:pPr>
      <w:r>
        <w:rPr>
          <w:rFonts w:ascii="Times New Roman" w:hAnsi="Times New Roman" w:eastAsia="Times New Roman"/>
          <w:sz w:val="24"/>
        </w:rPr>
        <w:t>Это изменило само значение любви.</w:t>
      </w:r>
    </w:p>
    <w:p>
      <w:pPr>
        <w:keepLines w:val="0"/>
        <w:jc w:val="both"/>
      </w:pPr>
      <w:r>
        <w:rPr>
          <w:rFonts w:ascii="Times New Roman" w:hAnsi="Times New Roman" w:eastAsia="Times New Roman"/>
          <w:sz w:val="24"/>
        </w:rPr>
        <w:t>Любить больше не могло означать сжимать крепче.</w:t>
      </w:r>
    </w:p>
    <w:p>
      <w:pPr>
        <w:keepLines w:val="0"/>
        <w:jc w:val="both"/>
      </w:pPr>
      <w:r>
        <w:rPr>
          <w:rFonts w:ascii="Times New Roman" w:hAnsi="Times New Roman" w:eastAsia="Times New Roman"/>
          <w:sz w:val="24"/>
        </w:rPr>
        <w:t>Возможно, любить как раз и означало разжать руку.</w:t>
      </w:r>
    </w:p>
    <w:p>
      <w:pPr>
        <w:keepLines w:val="0"/>
        <w:jc w:val="both"/>
      </w:pPr>
      <w:r>
        <w:rPr>
          <w:rFonts w:ascii="Times New Roman" w:hAnsi="Times New Roman" w:eastAsia="Times New Roman"/>
          <w:sz w:val="24"/>
        </w:rPr>
        <w:t>Я дарил объятия, поцелуи, защиту, тепло и нежность. И я же причинял боль своей незрелостью и разочарованием.</w:t>
      </w:r>
    </w:p>
    <w:p>
      <w:pPr>
        <w:keepLines w:val="0"/>
        <w:jc w:val="both"/>
      </w:pPr>
      <w:r>
        <w:rPr>
          <w:rFonts w:ascii="Times New Roman" w:hAnsi="Times New Roman" w:eastAsia="Times New Roman"/>
          <w:sz w:val="24"/>
        </w:rPr>
        <w:t>Обе эти вещи могли быть правдой одновременно.</w:t>
      </w:r>
    </w:p>
    <w:p>
      <w:pPr>
        <w:keepLines w:val="0"/>
        <w:jc w:val="left"/>
      </w:pPr>
      <w:r>
        <w:rPr>
          <w:rFonts w:ascii="Times New Roman" w:hAnsi="Times New Roman" w:eastAsia="Times New Roman"/>
          <w:sz w:val="24"/>
        </w:rPr>
        <w:t>Я мог любить глубоко и всё же ранить людей.</w:t>
      </w:r>
    </w:p>
    <w:p>
      <w:pPr>
        <w:keepLines w:val="0"/>
        <w:jc w:val="left"/>
      </w:pPr>
      <w:r>
        <w:rPr>
          <w:rFonts w:ascii="Times New Roman" w:hAnsi="Times New Roman" w:eastAsia="Times New Roman"/>
          <w:sz w:val="24"/>
        </w:rPr>
        <w:t>Признание одного не отменяло другого.</w:t>
      </w:r>
    </w:p>
    <w:p>
      <w:pPr>
        <w:keepLines w:val="0"/>
        <w:jc w:val="both"/>
      </w:pPr>
      <w:r>
        <w:rPr>
          <w:rFonts w:ascii="Times New Roman" w:hAnsi="Times New Roman" w:eastAsia="Times New Roman"/>
          <w:sz w:val="24"/>
        </w:rPr>
        <w:t>Постепенно возникла мысль, которая станет основополагающей: если я люблю человека, это не даёт мне права владеть его путём.</w:t>
      </w:r>
    </w:p>
    <w:p>
      <w:pPr>
        <w:keepLines w:val="0"/>
        <w:jc w:val="left"/>
      </w:pPr>
      <w:r>
        <w:rPr>
          <w:rFonts w:ascii="Times New Roman" w:hAnsi="Times New Roman" w:eastAsia="Times New Roman"/>
          <w:sz w:val="24"/>
        </w:rPr>
        <w:t>Затем появилась другая ловушка.</w:t>
      </w:r>
    </w:p>
    <w:p>
      <w:pPr>
        <w:keepLines w:val="0"/>
        <w:jc w:val="left"/>
      </w:pPr>
      <w:r>
        <w:rPr>
          <w:rFonts w:ascii="Times New Roman" w:hAnsi="Times New Roman" w:eastAsia="Times New Roman"/>
          <w:sz w:val="24"/>
        </w:rPr>
        <w:t>Сама духовность.</w:t>
      </w:r>
    </w:p>
    <w:p>
      <w:pPr>
        <w:keepLines w:val="0"/>
        <w:jc w:val="left"/>
      </w:pPr>
      <w:r>
        <w:rPr>
          <w:rFonts w:ascii="Times New Roman" w:hAnsi="Times New Roman" w:eastAsia="Times New Roman"/>
          <w:sz w:val="24"/>
        </w:rPr>
        <w:t>«Как мне перейти на следующий уровень?»</w:t>
      </w:r>
    </w:p>
    <w:p>
      <w:pPr>
        <w:keepLines w:val="0"/>
        <w:jc w:val="left"/>
      </w:pPr>
      <w:r>
        <w:rPr>
          <w:rFonts w:ascii="Times New Roman" w:hAnsi="Times New Roman" w:eastAsia="Times New Roman"/>
          <w:sz w:val="24"/>
        </w:rPr>
        <w:t>Вопрос казался вполне разумным.</w:t>
      </w:r>
    </w:p>
    <w:p>
      <w:pPr>
        <w:keepLines w:val="0"/>
        <w:jc w:val="both"/>
      </w:pPr>
      <w:r>
        <w:rPr>
          <w:rFonts w:ascii="Times New Roman" w:hAnsi="Times New Roman" w:eastAsia="Times New Roman"/>
          <w:sz w:val="24"/>
        </w:rPr>
        <w:t>Если я открыл нечто необыкновенное, значит, должен быть следующий уровень. А потом ещё один.</w:t>
      </w:r>
    </w:p>
    <w:p>
      <w:pPr>
        <w:keepLines w:val="0"/>
        <w:jc w:val="left"/>
      </w:pPr>
      <w:r>
        <w:rPr>
          <w:rFonts w:ascii="Times New Roman" w:hAnsi="Times New Roman" w:eastAsia="Times New Roman"/>
          <w:sz w:val="24"/>
        </w:rPr>
        <w:t>Больше глубины.</w:t>
      </w:r>
    </w:p>
    <w:p>
      <w:pPr>
        <w:keepLines w:val="0"/>
        <w:jc w:val="left"/>
      </w:pPr>
      <w:r>
        <w:rPr>
          <w:rFonts w:ascii="Times New Roman" w:hAnsi="Times New Roman" w:eastAsia="Times New Roman"/>
          <w:sz w:val="24"/>
        </w:rPr>
        <w:t>Больше знания.</w:t>
      </w:r>
    </w:p>
    <w:p>
      <w:pPr>
        <w:keepLines w:val="0"/>
        <w:jc w:val="left"/>
      </w:pPr>
      <w:r>
        <w:rPr>
          <w:rFonts w:ascii="Times New Roman" w:hAnsi="Times New Roman" w:eastAsia="Times New Roman"/>
          <w:sz w:val="24"/>
        </w:rPr>
        <w:t>Больше чистоты.</w:t>
      </w:r>
    </w:p>
    <w:p>
      <w:pPr>
        <w:keepLines w:val="0"/>
        <w:jc w:val="left"/>
      </w:pPr>
      <w:r>
        <w:rPr>
          <w:rFonts w:ascii="Times New Roman" w:hAnsi="Times New Roman" w:eastAsia="Times New Roman"/>
          <w:sz w:val="24"/>
        </w:rPr>
        <w:t>Больше осознанности.</w:t>
      </w:r>
    </w:p>
    <w:p>
      <w:pPr>
        <w:keepLines w:val="0"/>
        <w:jc w:val="left"/>
      </w:pPr>
      <w:r>
        <w:rPr>
          <w:rFonts w:ascii="Times New Roman" w:hAnsi="Times New Roman" w:eastAsia="Times New Roman"/>
          <w:sz w:val="24"/>
        </w:rPr>
        <w:t>Пока не пришёл ответ:</w:t>
      </w:r>
    </w:p>
    <w:p>
      <w:pPr>
        <w:keepLines w:val="0"/>
        <w:jc w:val="left"/>
      </w:pPr>
      <w:r>
        <w:rPr>
          <w:rFonts w:ascii="Times New Roman" w:hAnsi="Times New Roman" w:eastAsia="Times New Roman"/>
          <w:sz w:val="24"/>
        </w:rPr>
        <w:t>Следующего уровня нет.</w:t>
      </w:r>
    </w:p>
    <w:p>
      <w:pPr>
        <w:keepLines w:val="0"/>
        <w:jc w:val="both"/>
      </w:pPr>
      <w:r>
        <w:rPr>
          <w:rFonts w:ascii="Times New Roman" w:hAnsi="Times New Roman" w:eastAsia="Times New Roman"/>
          <w:sz w:val="24"/>
        </w:rPr>
        <w:t>По крайней мере, не в том смысле, как я себе это представлял.</w:t>
      </w:r>
    </w:p>
    <w:p>
      <w:pPr>
        <w:keepLines w:val="0"/>
        <w:jc w:val="both"/>
      </w:pPr>
      <w:r>
        <w:rPr>
          <w:rFonts w:ascii="Times New Roman" w:hAnsi="Times New Roman" w:eastAsia="Times New Roman"/>
          <w:sz w:val="24"/>
        </w:rPr>
        <w:t>Одержимость подъёмом могла питать именно то, от чего я пытался освободиться.</w:t>
      </w:r>
    </w:p>
    <w:p>
      <w:pPr>
        <w:keepLines w:val="0"/>
        <w:jc w:val="both"/>
      </w:pPr>
      <w:r>
        <w:rPr>
          <w:rFonts w:ascii="Times New Roman" w:hAnsi="Times New Roman" w:eastAsia="Times New Roman"/>
          <w:sz w:val="24"/>
        </w:rPr>
        <w:t>Если я выше, значит, кто-то другой неизбежно должен быть ниже.</w:t>
      </w:r>
    </w:p>
    <w:p>
      <w:pPr>
        <w:keepLines w:val="0"/>
        <w:jc w:val="both"/>
      </w:pPr>
      <w:r>
        <w:rPr>
          <w:rFonts w:ascii="Times New Roman" w:hAnsi="Times New Roman" w:eastAsia="Times New Roman"/>
          <w:sz w:val="24"/>
        </w:rPr>
        <w:t>И вот снова появлялось эго — теперь одетое в духовность.</w:t>
      </w:r>
    </w:p>
    <w:p>
      <w:pPr>
        <w:keepLines w:val="0"/>
        <w:jc w:val="both"/>
      </w:pPr>
      <w:r>
        <w:rPr>
          <w:rFonts w:ascii="Times New Roman" w:hAnsi="Times New Roman" w:eastAsia="Times New Roman"/>
          <w:sz w:val="24"/>
        </w:rPr>
        <w:t>«Такое мышление раздувает моё эго и заставляет меня думать, что я лучше других».</w:t>
      </w:r>
    </w:p>
    <w:p>
      <w:pPr>
        <w:keepLines w:val="0"/>
        <w:jc w:val="left"/>
      </w:pPr>
      <w:r>
        <w:rPr>
          <w:rFonts w:ascii="Times New Roman" w:hAnsi="Times New Roman" w:eastAsia="Times New Roman"/>
          <w:sz w:val="24"/>
        </w:rPr>
        <w:t>Парадокс был жестоким.</w:t>
      </w:r>
    </w:p>
    <w:p>
      <w:pPr>
        <w:keepLines w:val="0"/>
        <w:jc w:val="both"/>
      </w:pPr>
      <w:r>
        <w:rPr>
          <w:rFonts w:ascii="Times New Roman" w:hAnsi="Times New Roman" w:eastAsia="Times New Roman"/>
          <w:sz w:val="24"/>
        </w:rPr>
        <w:t>Я мог пытаться превзойти эго, используя само эго.</w:t>
      </w:r>
    </w:p>
    <w:p>
      <w:pPr>
        <w:keepLines w:val="0"/>
        <w:jc w:val="left"/>
      </w:pPr>
      <w:r>
        <w:rPr>
          <w:rFonts w:ascii="Times New Roman" w:hAnsi="Times New Roman" w:eastAsia="Times New Roman"/>
          <w:sz w:val="24"/>
        </w:rPr>
        <w:t>Я мог гордиться своей скромностью.</w:t>
      </w:r>
    </w:p>
    <w:p>
      <w:pPr>
        <w:keepLines w:val="0"/>
        <w:jc w:val="both"/>
      </w:pPr>
      <w:r>
        <w:rPr>
          <w:rFonts w:ascii="Times New Roman" w:hAnsi="Times New Roman" w:eastAsia="Times New Roman"/>
          <w:sz w:val="24"/>
        </w:rPr>
        <w:t>Я мог чувствовать себя выше других потому, что понял: никто не выше других.</w:t>
      </w:r>
    </w:p>
    <w:p>
      <w:pPr>
        <w:keepLines w:val="0"/>
        <w:jc w:val="left"/>
      </w:pPr>
      <w:r>
        <w:rPr>
          <w:rFonts w:ascii="Times New Roman" w:hAnsi="Times New Roman" w:eastAsia="Times New Roman"/>
          <w:sz w:val="24"/>
        </w:rPr>
        <w:t>И тогда пришло ещё одно учение:</w:t>
      </w:r>
    </w:p>
    <w:p>
      <w:pPr>
        <w:keepLines w:val="0"/>
        <w:jc w:val="both"/>
      </w:pPr>
      <w:r>
        <w:rPr>
          <w:rFonts w:ascii="Times New Roman" w:hAnsi="Times New Roman" w:eastAsia="Times New Roman"/>
          <w:sz w:val="24"/>
        </w:rPr>
        <w:t>«Нужно любить их всех — с их ошибками, грехами и несовершенствами».</w:t>
      </w:r>
    </w:p>
    <w:p>
      <w:pPr>
        <w:keepLines w:val="0"/>
        <w:jc w:val="left"/>
      </w:pPr>
      <w:r>
        <w:rPr>
          <w:rFonts w:ascii="Times New Roman" w:hAnsi="Times New Roman" w:eastAsia="Times New Roman"/>
          <w:sz w:val="24"/>
        </w:rPr>
        <w:t>Духовная лестница начала рассыпаться.</w:t>
      </w:r>
    </w:p>
    <w:p>
      <w:pPr>
        <w:keepLines w:val="0"/>
        <w:jc w:val="both"/>
      </w:pPr>
      <w:r>
        <w:rPr>
          <w:rFonts w:ascii="Times New Roman" w:hAnsi="Times New Roman" w:eastAsia="Times New Roman"/>
          <w:sz w:val="24"/>
        </w:rPr>
        <w:t>И вместе с этим моё видение Вселенной становилось всё более бескрайним.</w:t>
      </w:r>
    </w:p>
    <w:p>
      <w:pPr>
        <w:keepLines w:val="0"/>
        <w:jc w:val="both"/>
      </w:pPr>
      <w:r>
        <w:rPr>
          <w:rFonts w:ascii="Times New Roman" w:hAnsi="Times New Roman" w:eastAsia="Times New Roman"/>
          <w:sz w:val="24"/>
        </w:rPr>
        <w:t>Я начал переживать вселенные как бесконечные, вложенные одна в другую. Время перестало казаться линейным. Предки ощущались продолжением одной и той же энергии. Каждое решение можно было увидеть как точку разветвления, способную породить другую реальность.</w:t>
      </w:r>
    </w:p>
    <w:p>
      <w:pPr>
        <w:keepLines w:val="0"/>
        <w:jc w:val="left"/>
      </w:pPr>
      <w:r>
        <w:rPr>
          <w:rFonts w:ascii="Times New Roman" w:hAnsi="Times New Roman" w:eastAsia="Times New Roman"/>
          <w:sz w:val="24"/>
        </w:rPr>
        <w:t>Каждый вдох.</w:t>
      </w:r>
    </w:p>
    <w:p>
      <w:pPr>
        <w:keepLines w:val="0"/>
        <w:jc w:val="left"/>
      </w:pPr>
      <w:r>
        <w:rPr>
          <w:rFonts w:ascii="Times New Roman" w:hAnsi="Times New Roman" w:eastAsia="Times New Roman"/>
          <w:sz w:val="24"/>
        </w:rPr>
        <w:t>Каждое слово.</w:t>
      </w:r>
    </w:p>
    <w:p>
      <w:pPr>
        <w:keepLines w:val="0"/>
        <w:jc w:val="left"/>
      </w:pPr>
      <w:r>
        <w:rPr>
          <w:rFonts w:ascii="Times New Roman" w:hAnsi="Times New Roman" w:eastAsia="Times New Roman"/>
          <w:sz w:val="24"/>
        </w:rPr>
        <w:t>Каждое движение.</w:t>
      </w:r>
    </w:p>
    <w:p>
      <w:pPr>
        <w:keepLines w:val="0"/>
        <w:jc w:val="left"/>
      </w:pPr>
      <w:r>
        <w:rPr>
          <w:rFonts w:ascii="Times New Roman" w:hAnsi="Times New Roman" w:eastAsia="Times New Roman"/>
          <w:sz w:val="24"/>
        </w:rPr>
        <w:t>«Я — генератор вселенных».</w:t>
      </w:r>
    </w:p>
    <w:p>
      <w:pPr>
        <w:keepLines w:val="0"/>
        <w:jc w:val="both"/>
      </w:pPr>
      <w:r>
        <w:rPr>
          <w:rFonts w:ascii="Times New Roman" w:hAnsi="Times New Roman" w:eastAsia="Times New Roman"/>
          <w:sz w:val="24"/>
        </w:rPr>
        <w:t>Какое-то время эта мысль давала огромное ощущение творческой силы.</w:t>
      </w:r>
    </w:p>
    <w:p>
      <w:pPr>
        <w:keepLines w:val="0"/>
        <w:jc w:val="both"/>
      </w:pPr>
      <w:r>
        <w:rPr>
          <w:rFonts w:ascii="Times New Roman" w:hAnsi="Times New Roman" w:eastAsia="Times New Roman"/>
          <w:sz w:val="24"/>
        </w:rPr>
        <w:t>Но постепенно речь перестала идти о способности создавать вселенные и превратилась в гораздо более близкий вопрос:</w:t>
      </w:r>
    </w:p>
    <w:p>
      <w:pPr>
        <w:keepLines w:val="0"/>
        <w:jc w:val="left"/>
      </w:pPr>
      <w:r>
        <w:rPr>
          <w:rFonts w:ascii="Times New Roman" w:hAnsi="Times New Roman" w:eastAsia="Times New Roman"/>
          <w:sz w:val="24"/>
        </w:rPr>
        <w:t>Какой мир я создаю для людей вокруг себя?</w:t>
      </w:r>
    </w:p>
    <w:p>
      <w:pPr>
        <w:keepLines w:val="0"/>
        <w:jc w:val="both"/>
      </w:pPr>
      <w:r>
        <w:rPr>
          <w:rFonts w:ascii="Times New Roman" w:hAnsi="Times New Roman" w:eastAsia="Times New Roman"/>
          <w:sz w:val="24"/>
        </w:rPr>
        <w:t>В одной и той же реальности я мог быть добрым к одному человеку и палачом для другого.</w:t>
      </w:r>
    </w:p>
    <w:p>
      <w:pPr>
        <w:keepLines w:val="0"/>
        <w:jc w:val="both"/>
      </w:pPr>
      <w:r>
        <w:rPr>
          <w:rFonts w:ascii="Times New Roman" w:hAnsi="Times New Roman" w:eastAsia="Times New Roman"/>
          <w:sz w:val="24"/>
        </w:rPr>
        <w:t>Я мог быть любящим и одновременно источником страдания.</w:t>
      </w:r>
    </w:p>
    <w:p>
      <w:pPr>
        <w:keepLines w:val="0"/>
        <w:jc w:val="left"/>
      </w:pPr>
      <w:r>
        <w:rPr>
          <w:rFonts w:ascii="Times New Roman" w:hAnsi="Times New Roman" w:eastAsia="Times New Roman"/>
          <w:sz w:val="24"/>
        </w:rPr>
        <w:t>И я записал:</w:t>
      </w:r>
    </w:p>
    <w:p>
      <w:pPr>
        <w:keepLines w:val="0"/>
        <w:jc w:val="both"/>
      </w:pPr>
      <w:r>
        <w:rPr>
          <w:rFonts w:ascii="Times New Roman" w:hAnsi="Times New Roman" w:eastAsia="Times New Roman"/>
          <w:sz w:val="24"/>
        </w:rPr>
        <w:t>«Хорошо было бы быть только любящим — наполненным добротой. Попробуй быть таким».</w:t>
      </w:r>
    </w:p>
    <w:p>
      <w:pPr>
        <w:keepLines w:val="0"/>
        <w:jc w:val="both"/>
      </w:pPr>
      <w:r>
        <w:rPr>
          <w:rFonts w:ascii="Times New Roman" w:hAnsi="Times New Roman" w:eastAsia="Times New Roman"/>
          <w:sz w:val="24"/>
        </w:rPr>
        <w:t>Бесконечные вселенные начали возвращать меня к моим собственным словам.</w:t>
      </w:r>
    </w:p>
    <w:p>
      <w:pPr>
        <w:keepLines w:val="0"/>
        <w:jc w:val="left"/>
      </w:pPr>
      <w:r>
        <w:rPr>
          <w:rFonts w:ascii="Times New Roman" w:hAnsi="Times New Roman" w:eastAsia="Times New Roman"/>
          <w:sz w:val="24"/>
        </w:rPr>
        <w:t>К моим поступкам.</w:t>
      </w:r>
    </w:p>
    <w:p>
      <w:pPr>
        <w:keepLines w:val="0"/>
        <w:jc w:val="left"/>
      </w:pPr>
      <w:r>
        <w:rPr>
          <w:rFonts w:ascii="Times New Roman" w:hAnsi="Times New Roman" w:eastAsia="Times New Roman"/>
          <w:sz w:val="24"/>
        </w:rPr>
        <w:t>К тому, как я обращался с другими.</w:t>
      </w:r>
    </w:p>
    <w:p>
      <w:pPr>
        <w:keepLines w:val="0"/>
        <w:jc w:val="both"/>
      </w:pPr>
      <w:r>
        <w:rPr>
          <w:rFonts w:ascii="Times New Roman" w:hAnsi="Times New Roman" w:eastAsia="Times New Roman"/>
          <w:sz w:val="24"/>
        </w:rPr>
        <w:t>Космология постепенно становилась ответственностью.</w:t>
      </w:r>
    </w:p>
    <w:p>
      <w:pPr>
        <w:keepLines w:val="0"/>
        <w:jc w:val="left"/>
      </w:pPr>
      <w:r>
        <w:rPr>
          <w:rFonts w:ascii="Times New Roman" w:hAnsi="Times New Roman" w:eastAsia="Times New Roman"/>
          <w:sz w:val="24"/>
        </w:rPr>
        <w:t>И отпускание вернулось.</w:t>
      </w:r>
    </w:p>
    <w:p>
      <w:pPr>
        <w:keepLines w:val="0"/>
        <w:jc w:val="both"/>
      </w:pPr>
      <w:r>
        <w:rPr>
          <w:rFonts w:ascii="Times New Roman" w:hAnsi="Times New Roman" w:eastAsia="Times New Roman"/>
          <w:sz w:val="24"/>
        </w:rPr>
        <w:t>Но теперь оно уже не означало просто позволить опыту нести меня.</w:t>
      </w:r>
    </w:p>
    <w:p>
      <w:pPr>
        <w:keepLines w:val="0"/>
        <w:jc w:val="left"/>
      </w:pPr>
      <w:r>
        <w:rPr>
          <w:rFonts w:ascii="Times New Roman" w:hAnsi="Times New Roman" w:eastAsia="Times New Roman"/>
          <w:b/>
          <w:sz w:val="24"/>
        </w:rPr>
        <w:t>«ОТПУСКАНИЕ ГЛУБЖЕ, ЧЕМ Я ДУМАЛ».</w:t>
      </w:r>
    </w:p>
    <w:p>
      <w:pPr>
        <w:keepLines w:val="0"/>
        <w:jc w:val="both"/>
      </w:pPr>
      <w:r>
        <w:rPr>
          <w:rFonts w:ascii="Times New Roman" w:hAnsi="Times New Roman" w:eastAsia="Times New Roman"/>
          <w:sz w:val="24"/>
        </w:rPr>
        <w:t>Оказалось, существуют уровни отпускания внутри других уровней отпускания.</w:t>
      </w:r>
    </w:p>
    <w:p>
      <w:pPr>
        <w:keepLines w:val="0"/>
        <w:jc w:val="both"/>
      </w:pPr>
      <w:r>
        <w:rPr>
          <w:rFonts w:ascii="Times New Roman" w:hAnsi="Times New Roman" w:eastAsia="Times New Roman"/>
          <w:sz w:val="24"/>
        </w:rPr>
        <w:t>И тогда я обнаружил необычайно тонкую ловушку.</w:t>
      </w:r>
    </w:p>
    <w:p>
      <w:pPr>
        <w:keepLines w:val="0"/>
        <w:jc w:val="both"/>
      </w:pPr>
      <w:r>
        <w:rPr>
          <w:rFonts w:ascii="Times New Roman" w:hAnsi="Times New Roman" w:eastAsia="Times New Roman"/>
          <w:sz w:val="24"/>
        </w:rPr>
        <w:t>Я мог отпускать ещё и ради того, чтобы что-то получить.</w:t>
      </w:r>
    </w:p>
    <w:p>
      <w:pPr>
        <w:keepLines w:val="0"/>
        <w:jc w:val="both"/>
      </w:pPr>
      <w:r>
        <w:rPr>
          <w:rFonts w:ascii="Times New Roman" w:hAnsi="Times New Roman" w:eastAsia="Times New Roman"/>
          <w:sz w:val="24"/>
        </w:rPr>
        <w:t>Я мог думать: я отпущу, потому что знаю — потом придёт любовь.</w:t>
      </w:r>
    </w:p>
    <w:p>
      <w:pPr>
        <w:keepLines w:val="0"/>
        <w:jc w:val="left"/>
      </w:pPr>
      <w:r>
        <w:rPr>
          <w:rFonts w:ascii="Times New Roman" w:hAnsi="Times New Roman" w:eastAsia="Times New Roman"/>
          <w:sz w:val="24"/>
        </w:rPr>
        <w:t>Но это уже не было отпусканием.</w:t>
      </w:r>
    </w:p>
    <w:p>
      <w:pPr>
        <w:keepLines w:val="0"/>
        <w:jc w:val="left"/>
      </w:pPr>
      <w:r>
        <w:rPr>
          <w:rFonts w:ascii="Times New Roman" w:hAnsi="Times New Roman" w:eastAsia="Times New Roman"/>
          <w:sz w:val="24"/>
        </w:rPr>
        <w:t>Это был торг.</w:t>
      </w:r>
    </w:p>
    <w:p>
      <w:pPr>
        <w:keepLines w:val="0"/>
        <w:jc w:val="both"/>
      </w:pPr>
      <w:r>
        <w:rPr>
          <w:rFonts w:ascii="Times New Roman" w:hAnsi="Times New Roman" w:eastAsia="Times New Roman"/>
          <w:sz w:val="24"/>
        </w:rPr>
        <w:t>Я отказывался от сопротивления, ожидая взамен экстаза.</w:t>
      </w:r>
    </w:p>
    <w:p>
      <w:pPr>
        <w:keepLines w:val="0"/>
        <w:jc w:val="left"/>
      </w:pPr>
      <w:r>
        <w:rPr>
          <w:rFonts w:ascii="Times New Roman" w:hAnsi="Times New Roman" w:eastAsia="Times New Roman"/>
          <w:sz w:val="24"/>
        </w:rPr>
        <w:t>Я превратил даже отпускание в сделку.</w:t>
      </w:r>
    </w:p>
    <w:p>
      <w:pPr>
        <w:keepLines w:val="0"/>
        <w:jc w:val="both"/>
      </w:pPr>
      <w:r>
        <w:rPr>
          <w:rFonts w:ascii="Times New Roman" w:hAnsi="Times New Roman" w:eastAsia="Times New Roman"/>
          <w:sz w:val="24"/>
        </w:rPr>
        <w:t>«Не ищи любовь через отпускание. Сначала отпусти — и любовь появляется сама».</w:t>
      </w:r>
    </w:p>
    <w:p>
      <w:pPr>
        <w:keepLines w:val="0"/>
        <w:jc w:val="both"/>
      </w:pPr>
      <w:r>
        <w:rPr>
          <w:rFonts w:ascii="Times New Roman" w:hAnsi="Times New Roman" w:eastAsia="Times New Roman"/>
          <w:sz w:val="24"/>
        </w:rPr>
        <w:t>На словах разница казалась маленькой, а по смыслу была огромной.</w:t>
      </w:r>
    </w:p>
    <w:p>
      <w:pPr>
        <w:keepLines w:val="0"/>
        <w:jc w:val="both"/>
      </w:pPr>
      <w:r>
        <w:rPr>
          <w:rFonts w:ascii="Times New Roman" w:hAnsi="Times New Roman" w:eastAsia="Times New Roman"/>
          <w:sz w:val="24"/>
        </w:rPr>
        <w:t>Я не мог отпускать ради того, чтобы получить любовь.</w:t>
      </w:r>
    </w:p>
    <w:p>
      <w:pPr>
        <w:keepLines w:val="0"/>
        <w:jc w:val="both"/>
      </w:pPr>
      <w:r>
        <w:rPr>
          <w:rFonts w:ascii="Times New Roman" w:hAnsi="Times New Roman" w:eastAsia="Times New Roman"/>
          <w:sz w:val="24"/>
        </w:rPr>
        <w:t>Мне нужно было отпускать, не зная, что придёт потом.</w:t>
      </w:r>
    </w:p>
    <w:p>
      <w:pPr>
        <w:keepLines w:val="0"/>
        <w:jc w:val="both"/>
      </w:pPr>
      <w:r>
        <w:rPr>
          <w:rFonts w:ascii="Times New Roman" w:hAnsi="Times New Roman" w:eastAsia="Times New Roman"/>
          <w:sz w:val="24"/>
        </w:rPr>
        <w:t>В других переживаниях это расширение доходило до крайностей, которые трудно описать.</w:t>
      </w:r>
    </w:p>
    <w:p>
      <w:pPr>
        <w:keepLines w:val="0"/>
        <w:jc w:val="left"/>
      </w:pPr>
      <w:r>
        <w:rPr>
          <w:rFonts w:ascii="Times New Roman" w:hAnsi="Times New Roman" w:eastAsia="Times New Roman"/>
          <w:sz w:val="24"/>
        </w:rPr>
        <w:t>«Любовь убила меня. Разрушила и возродила».</w:t>
      </w:r>
    </w:p>
    <w:p>
      <w:pPr>
        <w:keepLines w:val="0"/>
        <w:jc w:val="left"/>
      </w:pPr>
      <w:r>
        <w:rPr>
          <w:rFonts w:ascii="Times New Roman" w:hAnsi="Times New Roman" w:eastAsia="Times New Roman"/>
          <w:sz w:val="24"/>
        </w:rPr>
        <w:t>Не было вопросов.</w:t>
      </w:r>
    </w:p>
    <w:p>
      <w:pPr>
        <w:keepLines w:val="0"/>
        <w:jc w:val="left"/>
      </w:pPr>
      <w:r>
        <w:rPr>
          <w:rFonts w:ascii="Times New Roman" w:hAnsi="Times New Roman" w:eastAsia="Times New Roman"/>
          <w:sz w:val="24"/>
        </w:rPr>
        <w:t>Не было расстояния.</w:t>
      </w:r>
    </w:p>
    <w:p>
      <w:pPr>
        <w:keepLines w:val="0"/>
        <w:jc w:val="left"/>
      </w:pPr>
      <w:r>
        <w:rPr>
          <w:rFonts w:ascii="Times New Roman" w:hAnsi="Times New Roman" w:eastAsia="Times New Roman"/>
          <w:sz w:val="24"/>
        </w:rPr>
        <w:t>Не было времени.</w:t>
      </w:r>
    </w:p>
    <w:p>
      <w:pPr>
        <w:keepLines w:val="0"/>
        <w:jc w:val="both"/>
      </w:pPr>
      <w:r>
        <w:rPr>
          <w:rFonts w:ascii="Times New Roman" w:hAnsi="Times New Roman" w:eastAsia="Times New Roman"/>
          <w:sz w:val="24"/>
        </w:rPr>
        <w:t>Я чувствовал, как целые вселенные одновременно проходят через тело и душу. Интенсивность словно превышала любую обычную способность это вместить.</w:t>
      </w:r>
    </w:p>
    <w:p>
      <w:pPr>
        <w:keepLines w:val="0"/>
        <w:jc w:val="both"/>
      </w:pPr>
      <w:r>
        <w:rPr>
          <w:rFonts w:ascii="Times New Roman" w:hAnsi="Times New Roman" w:eastAsia="Times New Roman"/>
          <w:sz w:val="24"/>
        </w:rPr>
        <w:t>И всё же после всей этой необъятности пришло почти смешное своей простотой учение:</w:t>
      </w:r>
    </w:p>
    <w:p>
      <w:pPr>
        <w:keepLines w:val="0"/>
        <w:jc w:val="left"/>
      </w:pPr>
      <w:r>
        <w:rPr>
          <w:rFonts w:ascii="Times New Roman" w:hAnsi="Times New Roman" w:eastAsia="Times New Roman"/>
          <w:sz w:val="24"/>
        </w:rPr>
        <w:t>«Почему ты всё так усложняешь?»</w:t>
      </w:r>
    </w:p>
    <w:p>
      <w:pPr>
        <w:keepLines w:val="0"/>
        <w:jc w:val="left"/>
      </w:pPr>
      <w:r>
        <w:rPr>
          <w:rFonts w:ascii="Times New Roman" w:hAnsi="Times New Roman" w:eastAsia="Times New Roman"/>
          <w:sz w:val="24"/>
        </w:rPr>
        <w:t>Всё счастье было прямо здесь.</w:t>
      </w:r>
    </w:p>
    <w:p>
      <w:pPr>
        <w:keepLines w:val="0"/>
        <w:jc w:val="left"/>
      </w:pPr>
      <w:r>
        <w:rPr>
          <w:rFonts w:ascii="Times New Roman" w:hAnsi="Times New Roman" w:eastAsia="Times New Roman"/>
          <w:sz w:val="24"/>
        </w:rPr>
        <w:t>Передо мной.</w:t>
      </w:r>
    </w:p>
    <w:p>
      <w:pPr>
        <w:keepLines w:val="0"/>
        <w:jc w:val="both"/>
      </w:pPr>
      <w:r>
        <w:rPr>
          <w:rFonts w:ascii="Times New Roman" w:hAnsi="Times New Roman" w:eastAsia="Times New Roman"/>
          <w:sz w:val="24"/>
        </w:rPr>
        <w:t>«Очень люби себя. Я очень тебя люблю. И Вселенная тебя обожает».</w:t>
      </w:r>
    </w:p>
    <w:p>
      <w:pPr>
        <w:keepLines w:val="0"/>
        <w:jc w:val="both"/>
      </w:pPr>
      <w:r>
        <w:rPr>
          <w:rFonts w:ascii="Times New Roman" w:hAnsi="Times New Roman" w:eastAsia="Times New Roman"/>
          <w:sz w:val="24"/>
        </w:rPr>
        <w:t>После стольких измерений, вселенных, символических смертей и переживаний бесконечности я снова вернулся к тому ребёнку.</w:t>
      </w:r>
    </w:p>
    <w:p>
      <w:pPr>
        <w:keepLines w:val="0"/>
        <w:jc w:val="left"/>
      </w:pPr>
      <w:r>
        <w:rPr>
          <w:rFonts w:ascii="Times New Roman" w:hAnsi="Times New Roman" w:eastAsia="Times New Roman"/>
          <w:sz w:val="24"/>
        </w:rPr>
        <w:t>Я очень тебя люблю.</w:t>
      </w:r>
    </w:p>
    <w:p>
      <w:pPr>
        <w:keepLines w:val="0"/>
        <w:jc w:val="both"/>
      </w:pPr>
      <w:r>
        <w:rPr>
          <w:rFonts w:ascii="Times New Roman" w:hAnsi="Times New Roman" w:eastAsia="Times New Roman"/>
          <w:sz w:val="24"/>
        </w:rPr>
        <w:t>Возможно, я продвинулся не так далеко, как мне казалось.</w:t>
      </w:r>
    </w:p>
    <w:p>
      <w:pPr>
        <w:keepLines w:val="0"/>
        <w:jc w:val="both"/>
      </w:pPr>
      <w:r>
        <w:rPr>
          <w:rFonts w:ascii="Times New Roman" w:hAnsi="Times New Roman" w:eastAsia="Times New Roman"/>
          <w:sz w:val="24"/>
        </w:rPr>
        <w:t>А возможно, двигаться вперёд означало возвращаться в то же место и понимать его иначе.</w:t>
      </w:r>
    </w:p>
    <w:p>
      <w:pPr>
        <w:keepLines w:val="0"/>
        <w:jc w:val="both"/>
      </w:pPr>
      <w:r>
        <w:rPr>
          <w:rFonts w:ascii="Times New Roman" w:hAnsi="Times New Roman" w:eastAsia="Times New Roman"/>
          <w:sz w:val="24"/>
        </w:rPr>
        <w:t>Тогда отпускание перестало быть просто красивой идеей.</w:t>
      </w:r>
    </w:p>
    <w:p>
      <w:pPr>
        <w:keepLines w:val="0"/>
        <w:jc w:val="left"/>
      </w:pPr>
      <w:r>
        <w:rPr>
          <w:rFonts w:ascii="Times New Roman" w:hAnsi="Times New Roman" w:eastAsia="Times New Roman"/>
          <w:sz w:val="24"/>
        </w:rPr>
        <w:t>Оно стало столкновением.</w:t>
      </w:r>
    </w:p>
    <w:p>
      <w:pPr>
        <w:keepLines w:val="0"/>
        <w:jc w:val="both"/>
      </w:pPr>
      <w:r>
        <w:rPr>
          <w:rFonts w:ascii="Times New Roman" w:hAnsi="Times New Roman" w:eastAsia="Times New Roman"/>
          <w:sz w:val="24"/>
        </w:rPr>
        <w:t>Были переживания интенсивные, чрезмерные, временами невыносимые. Были любовь, страх, очищение, потеря обычного чувства времени, смех, слёзы, смирение и ощущение, что я получил намного больше, чем способен вместить.</w:t>
      </w:r>
    </w:p>
    <w:p>
      <w:pPr>
        <w:keepLines w:val="0"/>
        <w:jc w:val="both"/>
      </w:pPr>
      <w:r>
        <w:rPr>
          <w:rFonts w:ascii="Times New Roman" w:hAnsi="Times New Roman" w:eastAsia="Times New Roman"/>
          <w:sz w:val="24"/>
        </w:rPr>
        <w:t>Но внутри всей этой необъятности появилась фундаментальная фраза:</w:t>
      </w:r>
    </w:p>
    <w:p>
      <w:pPr>
        <w:keepLines w:val="0"/>
        <w:jc w:val="left"/>
      </w:pPr>
      <w:r>
        <w:rPr>
          <w:rFonts w:ascii="Times New Roman" w:hAnsi="Times New Roman" w:eastAsia="Times New Roman"/>
          <w:sz w:val="24"/>
        </w:rPr>
        <w:t>«Больше никакого саморазрушения».</w:t>
      </w:r>
    </w:p>
    <w:p>
      <w:pPr>
        <w:keepLines w:val="0"/>
        <w:jc w:val="both"/>
      </w:pPr>
      <w:r>
        <w:rPr>
          <w:rFonts w:ascii="Times New Roman" w:hAnsi="Times New Roman" w:eastAsia="Times New Roman"/>
          <w:sz w:val="24"/>
        </w:rPr>
        <w:t>Внезапно отдаться Вселенной перестало означать исчезнуть.</w:t>
      </w:r>
    </w:p>
    <w:p>
      <w:pPr>
        <w:keepLines w:val="0"/>
        <w:jc w:val="left"/>
      </w:pPr>
      <w:r>
        <w:rPr>
          <w:rFonts w:ascii="Times New Roman" w:hAnsi="Times New Roman" w:eastAsia="Times New Roman"/>
          <w:sz w:val="24"/>
        </w:rPr>
        <w:t>Это означало заботиться об этой жизни.</w:t>
      </w:r>
    </w:p>
    <w:p>
      <w:pPr>
        <w:keepLines w:val="0"/>
        <w:jc w:val="both"/>
      </w:pPr>
      <w:r>
        <w:rPr>
          <w:rFonts w:ascii="Times New Roman" w:hAnsi="Times New Roman" w:eastAsia="Times New Roman"/>
          <w:sz w:val="24"/>
        </w:rPr>
        <w:t>Существовала разница между отпусканием эго и разрушением тела.</w:t>
      </w:r>
    </w:p>
    <w:p>
      <w:pPr>
        <w:keepLines w:val="0"/>
        <w:jc w:val="both"/>
      </w:pPr>
      <w:r>
        <w:rPr>
          <w:rFonts w:ascii="Times New Roman" w:hAnsi="Times New Roman" w:eastAsia="Times New Roman"/>
          <w:sz w:val="24"/>
        </w:rPr>
        <w:t>Между принятием смерти как части существования и желанием покинуть жизнь.</w:t>
      </w:r>
    </w:p>
    <w:p>
      <w:pPr>
        <w:keepLines w:val="0"/>
        <w:jc w:val="left"/>
      </w:pPr>
      <w:r>
        <w:rPr>
          <w:rFonts w:ascii="Times New Roman" w:hAnsi="Times New Roman" w:eastAsia="Times New Roman"/>
          <w:sz w:val="24"/>
        </w:rPr>
        <w:t>Между отпусканием и оставлением самого себя.</w:t>
      </w:r>
    </w:p>
    <w:p>
      <w:pPr>
        <w:keepLines w:val="0"/>
        <w:jc w:val="both"/>
      </w:pPr>
      <w:r>
        <w:rPr>
          <w:rFonts w:ascii="Times New Roman" w:hAnsi="Times New Roman" w:eastAsia="Times New Roman"/>
          <w:sz w:val="24"/>
        </w:rPr>
        <w:t>В один из самых крайних моментов я почувствовал, что готов умереть, но понял: от меня требуется вовсе не это.</w:t>
      </w:r>
    </w:p>
    <w:p>
      <w:pPr>
        <w:keepLines w:val="0"/>
        <w:jc w:val="left"/>
      </w:pPr>
      <w:r>
        <w:rPr>
          <w:rFonts w:ascii="Times New Roman" w:hAnsi="Times New Roman" w:eastAsia="Times New Roman"/>
          <w:sz w:val="24"/>
        </w:rPr>
        <w:t>«Нужно было больше отпускания и понимания».</w:t>
      </w:r>
    </w:p>
    <w:p>
      <w:pPr>
        <w:keepLines w:val="0"/>
        <w:jc w:val="left"/>
      </w:pPr>
      <w:r>
        <w:rPr>
          <w:rFonts w:ascii="Times New Roman" w:hAnsi="Times New Roman" w:eastAsia="Times New Roman"/>
          <w:sz w:val="24"/>
        </w:rPr>
        <w:t>Жизнь всё ещё была здесь.</w:t>
      </w:r>
    </w:p>
    <w:p>
      <w:pPr>
        <w:keepLines w:val="0"/>
        <w:jc w:val="left"/>
      </w:pPr>
      <w:r>
        <w:rPr>
          <w:rFonts w:ascii="Times New Roman" w:hAnsi="Times New Roman" w:eastAsia="Times New Roman"/>
          <w:sz w:val="24"/>
        </w:rPr>
        <w:t>И её нужно было жить.</w:t>
      </w:r>
    </w:p>
    <w:p>
      <w:pPr>
        <w:keepLines w:val="0"/>
        <w:jc w:val="both"/>
      </w:pPr>
      <w:r>
        <w:rPr>
          <w:rFonts w:ascii="Times New Roman" w:hAnsi="Times New Roman" w:eastAsia="Times New Roman"/>
          <w:sz w:val="24"/>
        </w:rPr>
        <w:t>Другая церемония повела это учение ещё дальше.</w:t>
      </w:r>
    </w:p>
    <w:p>
      <w:pPr>
        <w:keepLines w:val="0"/>
        <w:jc w:val="both"/>
      </w:pPr>
      <w:r>
        <w:rPr>
          <w:rFonts w:ascii="Times New Roman" w:hAnsi="Times New Roman" w:eastAsia="Times New Roman"/>
          <w:sz w:val="24"/>
        </w:rPr>
        <w:t>Я вошёл в неё, снова желая достичь мира Великого Духа.</w:t>
      </w:r>
    </w:p>
    <w:p>
      <w:pPr>
        <w:keepLines w:val="0"/>
        <w:jc w:val="left"/>
      </w:pPr>
      <w:r>
        <w:rPr>
          <w:rFonts w:ascii="Times New Roman" w:hAnsi="Times New Roman" w:eastAsia="Times New Roman"/>
          <w:sz w:val="24"/>
        </w:rPr>
        <w:t>Я пытался заставить это произойти.</w:t>
      </w:r>
    </w:p>
    <w:p>
      <w:pPr>
        <w:keepLines w:val="0"/>
        <w:jc w:val="both"/>
      </w:pPr>
      <w:r>
        <w:rPr>
          <w:rFonts w:ascii="Times New Roman" w:hAnsi="Times New Roman" w:eastAsia="Times New Roman"/>
          <w:sz w:val="24"/>
        </w:rPr>
        <w:t>И чем сильнее я давил на переживание, тем более неприятным оно становилось.</w:t>
      </w:r>
    </w:p>
    <w:p>
      <w:pPr>
        <w:keepLines w:val="0"/>
        <w:jc w:val="both"/>
      </w:pPr>
      <w:r>
        <w:rPr>
          <w:rFonts w:ascii="Times New Roman" w:hAnsi="Times New Roman" w:eastAsia="Times New Roman"/>
          <w:sz w:val="24"/>
        </w:rPr>
        <w:t>Появлялись неприятные образы. Я пытался их избежать. Они возвращались.</w:t>
      </w:r>
    </w:p>
    <w:p>
      <w:pPr>
        <w:keepLines w:val="0"/>
        <w:jc w:val="left"/>
      </w:pPr>
      <w:r>
        <w:rPr>
          <w:rFonts w:ascii="Times New Roman" w:hAnsi="Times New Roman" w:eastAsia="Times New Roman"/>
          <w:sz w:val="24"/>
        </w:rPr>
        <w:t>Затем пришла огромная печаль.</w:t>
      </w:r>
    </w:p>
    <w:p>
      <w:pPr>
        <w:keepLines w:val="0"/>
        <w:jc w:val="left"/>
      </w:pPr>
      <w:r>
        <w:rPr>
          <w:rFonts w:ascii="Times New Roman" w:hAnsi="Times New Roman" w:eastAsia="Times New Roman"/>
          <w:sz w:val="24"/>
        </w:rPr>
        <w:t>Я плакал как ребёнок.</w:t>
      </w:r>
    </w:p>
    <w:p>
      <w:pPr>
        <w:keepLines w:val="0"/>
        <w:jc w:val="both"/>
      </w:pPr>
      <w:r>
        <w:rPr>
          <w:rFonts w:ascii="Times New Roman" w:hAnsi="Times New Roman" w:eastAsia="Times New Roman"/>
          <w:sz w:val="24"/>
        </w:rPr>
        <w:t>Но произошло нечто, о чём я раньше не задумывался: если любовь может ощущаться бесконечной, почему печаль не может быть такой же бесконечной?</w:t>
      </w:r>
    </w:p>
    <w:p>
      <w:pPr>
        <w:keepLines w:val="0"/>
        <w:jc w:val="left"/>
      </w:pPr>
      <w:r>
        <w:rPr>
          <w:rFonts w:ascii="Times New Roman" w:hAnsi="Times New Roman" w:eastAsia="Times New Roman"/>
          <w:sz w:val="24"/>
        </w:rPr>
        <w:t>Я пережил то, что назвал:</w:t>
      </w:r>
    </w:p>
    <w:p>
      <w:pPr>
        <w:keepLines w:val="0"/>
        <w:jc w:val="left"/>
      </w:pPr>
      <w:r>
        <w:rPr>
          <w:rFonts w:ascii="Times New Roman" w:hAnsi="Times New Roman" w:eastAsia="Times New Roman"/>
          <w:sz w:val="24"/>
        </w:rPr>
        <w:t>«Оргазмом печали».</w:t>
      </w:r>
    </w:p>
    <w:p>
      <w:pPr>
        <w:keepLines w:val="0"/>
        <w:jc w:val="both"/>
      </w:pPr>
      <w:r>
        <w:rPr>
          <w:rFonts w:ascii="Times New Roman" w:hAnsi="Times New Roman" w:eastAsia="Times New Roman"/>
          <w:sz w:val="24"/>
        </w:rPr>
        <w:t>Фраза была противоречивой и именно поэтому точной.</w:t>
      </w:r>
    </w:p>
    <w:p>
      <w:pPr>
        <w:keepLines w:val="0"/>
        <w:jc w:val="both"/>
      </w:pPr>
      <w:r>
        <w:rPr>
          <w:rFonts w:ascii="Times New Roman" w:hAnsi="Times New Roman" w:eastAsia="Times New Roman"/>
          <w:sz w:val="24"/>
        </w:rPr>
        <w:t>Я понял, что не могу принимать только те эмоции, которые называю духовными, прекрасными или светлыми.</w:t>
      </w:r>
    </w:p>
    <w:p>
      <w:pPr>
        <w:keepLines w:val="0"/>
        <w:jc w:val="left"/>
      </w:pPr>
      <w:r>
        <w:rPr>
          <w:rFonts w:ascii="Times New Roman" w:hAnsi="Times New Roman" w:eastAsia="Times New Roman"/>
          <w:sz w:val="24"/>
        </w:rPr>
        <w:t>Печаль тоже принадлежала целому.</w:t>
      </w:r>
    </w:p>
    <w:p>
      <w:pPr>
        <w:keepLines w:val="0"/>
        <w:jc w:val="left"/>
      </w:pPr>
      <w:r>
        <w:rPr>
          <w:rFonts w:ascii="Times New Roman" w:hAnsi="Times New Roman" w:eastAsia="Times New Roman"/>
          <w:sz w:val="24"/>
        </w:rPr>
        <w:t>Затем пришёл покой.</w:t>
      </w:r>
    </w:p>
    <w:p>
      <w:pPr>
        <w:keepLines w:val="0"/>
        <w:jc w:val="both"/>
      </w:pPr>
      <w:r>
        <w:rPr>
          <w:rFonts w:ascii="Times New Roman" w:hAnsi="Times New Roman" w:eastAsia="Times New Roman"/>
          <w:sz w:val="24"/>
        </w:rPr>
        <w:t>И весь этот метафизический поиск внезапно свёлся к чему-то жестко конкретному:</w:t>
      </w:r>
    </w:p>
    <w:p>
      <w:pPr>
        <w:keepLines w:val="0"/>
        <w:jc w:val="left"/>
      </w:pPr>
      <w:r>
        <w:rPr>
          <w:rFonts w:ascii="Times New Roman" w:hAnsi="Times New Roman" w:eastAsia="Times New Roman"/>
          <w:sz w:val="24"/>
        </w:rPr>
        <w:t>Хочешь сохранить этот покой в своей жизни?</w:t>
      </w:r>
    </w:p>
    <w:p>
      <w:pPr>
        <w:keepLines w:val="0"/>
        <w:jc w:val="left"/>
      </w:pPr>
      <w:r>
        <w:rPr>
          <w:rFonts w:ascii="Times New Roman" w:hAnsi="Times New Roman" w:eastAsia="Times New Roman"/>
          <w:sz w:val="24"/>
        </w:rPr>
        <w:t>Тогда живи.</w:t>
      </w:r>
    </w:p>
    <w:p>
      <w:pPr>
        <w:keepLines w:val="0"/>
        <w:jc w:val="left"/>
      </w:pPr>
      <w:r>
        <w:rPr>
          <w:rFonts w:ascii="Times New Roman" w:hAnsi="Times New Roman" w:eastAsia="Times New Roman"/>
          <w:sz w:val="24"/>
        </w:rPr>
        <w:t>Честно.</w:t>
      </w:r>
    </w:p>
    <w:p>
      <w:pPr>
        <w:keepLines w:val="0"/>
        <w:jc w:val="both"/>
      </w:pPr>
      <w:r>
        <w:rPr>
          <w:rFonts w:ascii="Times New Roman" w:hAnsi="Times New Roman" w:eastAsia="Times New Roman"/>
          <w:sz w:val="24"/>
        </w:rPr>
        <w:t>«Поступай правильно, даже когда никто не видит».</w:t>
      </w:r>
    </w:p>
    <w:p>
      <w:pPr>
        <w:keepLines w:val="0"/>
        <w:jc w:val="left"/>
      </w:pPr>
      <w:r>
        <w:rPr>
          <w:rFonts w:ascii="Times New Roman" w:hAnsi="Times New Roman" w:eastAsia="Times New Roman"/>
          <w:sz w:val="24"/>
        </w:rPr>
        <w:t>Эта фраза прорезала годы философии.</w:t>
      </w:r>
    </w:p>
    <w:p>
      <w:pPr>
        <w:keepLines w:val="0"/>
        <w:jc w:val="both"/>
      </w:pPr>
      <w:r>
        <w:rPr>
          <w:rFonts w:ascii="Times New Roman" w:hAnsi="Times New Roman" w:eastAsia="Times New Roman"/>
          <w:sz w:val="24"/>
        </w:rPr>
        <w:t>Какой смысл говорить о бесконечной любви, если затем я лгу самому себе?</w:t>
      </w:r>
    </w:p>
    <w:p>
      <w:pPr>
        <w:keepLines w:val="0"/>
        <w:jc w:val="both"/>
      </w:pPr>
      <w:r>
        <w:rPr>
          <w:rFonts w:ascii="Times New Roman" w:hAnsi="Times New Roman" w:eastAsia="Times New Roman"/>
          <w:sz w:val="24"/>
        </w:rPr>
        <w:t>Что означает просветление, если я продолжаю поступать вопреки тому, что уже знаю как правильное?</w:t>
      </w:r>
    </w:p>
    <w:p>
      <w:pPr>
        <w:keepLines w:val="0"/>
        <w:jc w:val="both"/>
      </w:pPr>
      <w:r>
        <w:rPr>
          <w:rFonts w:ascii="Times New Roman" w:hAnsi="Times New Roman" w:eastAsia="Times New Roman"/>
          <w:sz w:val="24"/>
        </w:rPr>
        <w:t>Какова ценность переживания единства всех существ, если я использую его, чтобы чувствовать себя выше других?</w:t>
      </w:r>
    </w:p>
    <w:p>
      <w:pPr>
        <w:keepLines w:val="0"/>
        <w:jc w:val="both"/>
      </w:pPr>
      <w:r>
        <w:rPr>
          <w:rFonts w:ascii="Times New Roman" w:hAnsi="Times New Roman" w:eastAsia="Times New Roman"/>
          <w:sz w:val="24"/>
        </w:rPr>
        <w:t>«Ты не Иисус и не Ганди. Не думай, что ты всемогущ и просветлён».</w:t>
      </w:r>
    </w:p>
    <w:p>
      <w:pPr>
        <w:keepLines w:val="0"/>
        <w:jc w:val="left"/>
      </w:pPr>
      <w:r>
        <w:rPr>
          <w:rFonts w:ascii="Times New Roman" w:hAnsi="Times New Roman" w:eastAsia="Times New Roman"/>
          <w:sz w:val="24"/>
        </w:rPr>
        <w:t>Мне нужно было это услышать.</w:t>
      </w:r>
    </w:p>
    <w:p>
      <w:pPr>
        <w:keepLines w:val="0"/>
        <w:jc w:val="left"/>
      </w:pPr>
      <w:r>
        <w:rPr>
          <w:rFonts w:ascii="Times New Roman" w:hAnsi="Times New Roman" w:eastAsia="Times New Roman"/>
          <w:sz w:val="24"/>
        </w:rPr>
        <w:t>Духовность не могла стать ещё одной маской.</w:t>
      </w:r>
    </w:p>
    <w:p>
      <w:pPr>
        <w:keepLines w:val="0"/>
        <w:jc w:val="left"/>
      </w:pPr>
      <w:r>
        <w:rPr>
          <w:rFonts w:ascii="Times New Roman" w:hAnsi="Times New Roman" w:eastAsia="Times New Roman"/>
          <w:sz w:val="24"/>
        </w:rPr>
        <w:t>Позже были моменты истощения.</w:t>
      </w:r>
    </w:p>
    <w:p>
      <w:pPr>
        <w:keepLines w:val="0"/>
        <w:jc w:val="both"/>
      </w:pPr>
      <w:r>
        <w:rPr>
          <w:rFonts w:ascii="Times New Roman" w:hAnsi="Times New Roman" w:eastAsia="Times New Roman"/>
          <w:sz w:val="24"/>
        </w:rPr>
        <w:t>Моменты, когда мне казалось, что, возможно, я уже достаточно пережил в этом мире.</w:t>
      </w:r>
    </w:p>
    <w:p>
      <w:pPr>
        <w:keepLines w:val="0"/>
        <w:jc w:val="left"/>
      </w:pPr>
      <w:r>
        <w:rPr>
          <w:rFonts w:ascii="Times New Roman" w:hAnsi="Times New Roman" w:eastAsia="Times New Roman"/>
          <w:sz w:val="24"/>
        </w:rPr>
        <w:t>«Здесь так много страдания».</w:t>
      </w:r>
    </w:p>
    <w:p>
      <w:pPr>
        <w:keepLines w:val="0"/>
        <w:jc w:val="both"/>
      </w:pPr>
      <w:r>
        <w:rPr>
          <w:rFonts w:ascii="Times New Roman" w:hAnsi="Times New Roman" w:eastAsia="Times New Roman"/>
          <w:sz w:val="24"/>
        </w:rPr>
        <w:t>Но даже внутри этих мыслей сразу появлялась связь с людьми, которых я любил.</w:t>
      </w:r>
    </w:p>
    <w:p>
      <w:pPr>
        <w:keepLines w:val="0"/>
        <w:jc w:val="left"/>
      </w:pPr>
      <w:r>
        <w:rPr>
          <w:rFonts w:ascii="Times New Roman" w:hAnsi="Times New Roman" w:eastAsia="Times New Roman"/>
          <w:sz w:val="24"/>
        </w:rPr>
        <w:t>Мои дочери.</w:t>
      </w:r>
    </w:p>
    <w:p>
      <w:pPr>
        <w:keepLines w:val="0"/>
        <w:jc w:val="left"/>
      </w:pPr>
      <w:r>
        <w:rPr>
          <w:rFonts w:ascii="Times New Roman" w:hAnsi="Times New Roman" w:eastAsia="Times New Roman"/>
          <w:sz w:val="24"/>
        </w:rPr>
        <w:t>Елена.</w:t>
      </w:r>
    </w:p>
    <w:p>
      <w:pPr>
        <w:keepLines w:val="0"/>
        <w:jc w:val="left"/>
      </w:pPr>
      <w:r>
        <w:rPr>
          <w:rFonts w:ascii="Times New Roman" w:hAnsi="Times New Roman" w:eastAsia="Times New Roman"/>
          <w:sz w:val="24"/>
        </w:rPr>
        <w:t>Моя семья.</w:t>
      </w:r>
    </w:p>
    <w:p>
      <w:pPr>
        <w:keepLines w:val="0"/>
        <w:jc w:val="both"/>
      </w:pPr>
      <w:r>
        <w:rPr>
          <w:rFonts w:ascii="Times New Roman" w:hAnsi="Times New Roman" w:eastAsia="Times New Roman"/>
          <w:sz w:val="24"/>
        </w:rPr>
        <w:t>Вопрос перестал быть о том, что может существовать за пределами этой жизни.</w:t>
      </w:r>
    </w:p>
    <w:p>
      <w:pPr>
        <w:keepLines w:val="0"/>
        <w:jc w:val="left"/>
      </w:pPr>
      <w:r>
        <w:rPr>
          <w:rFonts w:ascii="Times New Roman" w:hAnsi="Times New Roman" w:eastAsia="Times New Roman"/>
          <w:sz w:val="24"/>
        </w:rPr>
        <w:t>Вопросом стало то, как жить здесь.</w:t>
      </w:r>
    </w:p>
    <w:p>
      <w:pPr>
        <w:keepLines w:val="0"/>
        <w:jc w:val="left"/>
      </w:pPr>
      <w:r>
        <w:rPr>
          <w:rFonts w:ascii="Times New Roman" w:hAnsi="Times New Roman" w:eastAsia="Times New Roman"/>
          <w:sz w:val="24"/>
        </w:rPr>
        <w:t>И постепенно начал появляться другой ответ.</w:t>
      </w:r>
    </w:p>
    <w:p>
      <w:pPr>
        <w:keepLines w:val="0"/>
        <w:jc w:val="left"/>
      </w:pPr>
      <w:r>
        <w:rPr>
          <w:rFonts w:ascii="Times New Roman" w:hAnsi="Times New Roman" w:eastAsia="Times New Roman"/>
          <w:sz w:val="24"/>
        </w:rPr>
        <w:t>Мне не нужно было наказывать себя.</w:t>
      </w:r>
    </w:p>
    <w:p>
      <w:pPr>
        <w:keepLines w:val="0"/>
        <w:jc w:val="both"/>
      </w:pPr>
      <w:r>
        <w:rPr>
          <w:rFonts w:ascii="Times New Roman" w:hAnsi="Times New Roman" w:eastAsia="Times New Roman"/>
          <w:sz w:val="24"/>
        </w:rPr>
        <w:t>Мне не нужно было превращать каждый урок в страдание.</w:t>
      </w:r>
    </w:p>
    <w:p>
      <w:pPr>
        <w:keepLines w:val="0"/>
        <w:jc w:val="both"/>
      </w:pPr>
      <w:r>
        <w:rPr>
          <w:rFonts w:ascii="Times New Roman" w:hAnsi="Times New Roman" w:eastAsia="Times New Roman"/>
          <w:sz w:val="24"/>
        </w:rPr>
        <w:t>«Не превращай это в страдание. Это для того, чтобы учиться, расти и смеяться».</w:t>
      </w:r>
    </w:p>
    <w:p>
      <w:pPr>
        <w:keepLines w:val="0"/>
        <w:jc w:val="left"/>
      </w:pPr>
      <w:r>
        <w:rPr>
          <w:rFonts w:ascii="Times New Roman" w:hAnsi="Times New Roman" w:eastAsia="Times New Roman"/>
          <w:sz w:val="24"/>
        </w:rPr>
        <w:t>Это стало ещё одной переменой.</w:t>
      </w:r>
    </w:p>
    <w:p>
      <w:pPr>
        <w:keepLines w:val="0"/>
        <w:jc w:val="both"/>
      </w:pPr>
      <w:r>
        <w:rPr>
          <w:rFonts w:ascii="Times New Roman" w:hAnsi="Times New Roman" w:eastAsia="Times New Roman"/>
          <w:sz w:val="24"/>
        </w:rPr>
        <w:t>Долгое время я связывал глубину с интенсивностью.</w:t>
      </w:r>
    </w:p>
    <w:p>
      <w:pPr>
        <w:keepLines w:val="0"/>
        <w:jc w:val="left"/>
      </w:pPr>
      <w:r>
        <w:rPr>
          <w:rFonts w:ascii="Times New Roman" w:hAnsi="Times New Roman" w:eastAsia="Times New Roman"/>
          <w:sz w:val="24"/>
        </w:rPr>
        <w:t>Возможно, я также связывал обучение с болью.</w:t>
      </w:r>
    </w:p>
    <w:p>
      <w:pPr>
        <w:keepLines w:val="0"/>
        <w:jc w:val="left"/>
      </w:pPr>
      <w:r>
        <w:rPr>
          <w:rFonts w:ascii="Times New Roman" w:hAnsi="Times New Roman" w:eastAsia="Times New Roman"/>
          <w:sz w:val="24"/>
        </w:rPr>
        <w:t>Но почему?</w:t>
      </w:r>
    </w:p>
    <w:p>
      <w:pPr>
        <w:keepLines w:val="0"/>
        <w:jc w:val="both"/>
      </w:pPr>
      <w:r>
        <w:rPr>
          <w:rFonts w:ascii="Times New Roman" w:hAnsi="Times New Roman" w:eastAsia="Times New Roman"/>
          <w:sz w:val="24"/>
        </w:rPr>
        <w:t>Почему учение должно было разрушить меня, чтобы быть истинным?</w:t>
      </w:r>
    </w:p>
    <w:p>
      <w:pPr>
        <w:keepLines w:val="0"/>
        <w:jc w:val="left"/>
      </w:pPr>
      <w:r>
        <w:rPr>
          <w:rFonts w:ascii="Times New Roman" w:hAnsi="Times New Roman" w:eastAsia="Times New Roman"/>
          <w:sz w:val="24"/>
        </w:rPr>
        <w:t>Почему я не мог учиться красиво?</w:t>
      </w:r>
    </w:p>
    <w:p>
      <w:pPr>
        <w:keepLines w:val="0"/>
        <w:jc w:val="left"/>
      </w:pPr>
      <w:r>
        <w:rPr>
          <w:rFonts w:ascii="Times New Roman" w:hAnsi="Times New Roman" w:eastAsia="Times New Roman"/>
          <w:sz w:val="24"/>
        </w:rPr>
        <w:t>«С мягкостью. Я люблю тебя».</w:t>
      </w:r>
    </w:p>
    <w:p>
      <w:pPr>
        <w:keepLines w:val="0"/>
        <w:jc w:val="left"/>
      </w:pPr>
      <w:r>
        <w:rPr>
          <w:rFonts w:ascii="Times New Roman" w:hAnsi="Times New Roman" w:eastAsia="Times New Roman"/>
          <w:sz w:val="24"/>
        </w:rPr>
        <w:t>И тогда появился сад.</w:t>
      </w:r>
    </w:p>
    <w:p>
      <w:pPr>
        <w:keepLines w:val="0"/>
        <w:jc w:val="both"/>
      </w:pPr>
      <w:r>
        <w:rPr>
          <w:rFonts w:ascii="Times New Roman" w:hAnsi="Times New Roman" w:eastAsia="Times New Roman"/>
          <w:sz w:val="24"/>
        </w:rPr>
        <w:t>После стольких космических образов простая метафора начала выстраивать всё на свои места.</w:t>
      </w:r>
    </w:p>
    <w:p>
      <w:pPr>
        <w:keepLines w:val="0"/>
        <w:jc w:val="left"/>
      </w:pPr>
      <w:r>
        <w:rPr>
          <w:rFonts w:ascii="Times New Roman" w:hAnsi="Times New Roman" w:eastAsia="Times New Roman"/>
          <w:sz w:val="24"/>
        </w:rPr>
        <w:t>Заботься о своём саде.</w:t>
      </w:r>
    </w:p>
    <w:p>
      <w:pPr>
        <w:keepLines w:val="0"/>
        <w:jc w:val="left"/>
      </w:pPr>
      <w:r>
        <w:rPr>
          <w:rFonts w:ascii="Times New Roman" w:hAnsi="Times New Roman" w:eastAsia="Times New Roman"/>
          <w:sz w:val="24"/>
        </w:rPr>
        <w:t>Не живи прошлым.</w:t>
      </w:r>
    </w:p>
    <w:p>
      <w:pPr>
        <w:keepLines w:val="0"/>
        <w:jc w:val="both"/>
      </w:pPr>
      <w:r>
        <w:rPr>
          <w:rFonts w:ascii="Times New Roman" w:hAnsi="Times New Roman" w:eastAsia="Times New Roman"/>
          <w:sz w:val="24"/>
        </w:rPr>
        <w:t>Не трать всю энергию, пытаясь контролировать то, что вырастет завтра.</w:t>
      </w:r>
    </w:p>
    <w:p>
      <w:pPr>
        <w:keepLines w:val="0"/>
        <w:jc w:val="left"/>
      </w:pPr>
      <w:r>
        <w:rPr>
          <w:rFonts w:ascii="Times New Roman" w:hAnsi="Times New Roman" w:eastAsia="Times New Roman"/>
          <w:sz w:val="24"/>
        </w:rPr>
        <w:t>Подготовь почву.</w:t>
      </w:r>
    </w:p>
    <w:p>
      <w:pPr>
        <w:keepLines w:val="0"/>
        <w:jc w:val="left"/>
      </w:pPr>
      <w:r>
        <w:rPr>
          <w:rFonts w:ascii="Times New Roman" w:hAnsi="Times New Roman" w:eastAsia="Times New Roman"/>
          <w:sz w:val="24"/>
        </w:rPr>
        <w:t>Полей её.</w:t>
      </w:r>
    </w:p>
    <w:p>
      <w:pPr>
        <w:keepLines w:val="0"/>
        <w:jc w:val="left"/>
      </w:pPr>
      <w:r>
        <w:rPr>
          <w:rFonts w:ascii="Times New Roman" w:hAnsi="Times New Roman" w:eastAsia="Times New Roman"/>
          <w:sz w:val="24"/>
        </w:rPr>
        <w:t>Удобри её.</w:t>
      </w:r>
    </w:p>
    <w:p>
      <w:pPr>
        <w:keepLines w:val="0"/>
        <w:jc w:val="left"/>
      </w:pPr>
      <w:r>
        <w:rPr>
          <w:rFonts w:ascii="Times New Roman" w:hAnsi="Times New Roman" w:eastAsia="Times New Roman"/>
          <w:sz w:val="24"/>
        </w:rPr>
        <w:t>Перекопай землю.</w:t>
      </w:r>
    </w:p>
    <w:p>
      <w:pPr>
        <w:keepLines w:val="0"/>
        <w:jc w:val="left"/>
      </w:pPr>
      <w:r>
        <w:rPr>
          <w:rFonts w:ascii="Times New Roman" w:hAnsi="Times New Roman" w:eastAsia="Times New Roman"/>
          <w:sz w:val="24"/>
        </w:rPr>
        <w:t>Ухаживай за ней с любовью.</w:t>
      </w:r>
    </w:p>
    <w:p>
      <w:pPr>
        <w:keepLines w:val="0"/>
        <w:jc w:val="left"/>
      </w:pPr>
      <w:r>
        <w:rPr>
          <w:rFonts w:ascii="Times New Roman" w:hAnsi="Times New Roman" w:eastAsia="Times New Roman"/>
          <w:sz w:val="24"/>
        </w:rPr>
        <w:t>А потом жди.</w:t>
      </w:r>
    </w:p>
    <w:p>
      <w:pPr>
        <w:keepLines w:val="0"/>
        <w:jc w:val="left"/>
      </w:pPr>
      <w:r>
        <w:rPr>
          <w:rFonts w:ascii="Times New Roman" w:hAnsi="Times New Roman" w:eastAsia="Times New Roman"/>
          <w:sz w:val="24"/>
        </w:rPr>
        <w:t>«Ни цветов, ни плодов».</w:t>
      </w:r>
    </w:p>
    <w:p>
      <w:pPr>
        <w:keepLines w:val="0"/>
        <w:jc w:val="left"/>
      </w:pPr>
      <w:r>
        <w:rPr>
          <w:rFonts w:ascii="Times New Roman" w:hAnsi="Times New Roman" w:eastAsia="Times New Roman"/>
          <w:sz w:val="24"/>
        </w:rPr>
        <w:t>Не ухаживай за садом, требуя награды.</w:t>
      </w:r>
    </w:p>
    <w:p>
      <w:pPr>
        <w:keepLines w:val="0"/>
        <w:jc w:val="both"/>
      </w:pPr>
      <w:r>
        <w:rPr>
          <w:rFonts w:ascii="Times New Roman" w:hAnsi="Times New Roman" w:eastAsia="Times New Roman"/>
          <w:sz w:val="24"/>
        </w:rPr>
        <w:t>Ухаживай за ним потому, что сама забота уже является практикой.</w:t>
      </w:r>
    </w:p>
    <w:p>
      <w:pPr>
        <w:keepLines w:val="0"/>
        <w:jc w:val="left"/>
      </w:pPr>
      <w:r>
        <w:rPr>
          <w:rFonts w:ascii="Times New Roman" w:hAnsi="Times New Roman" w:eastAsia="Times New Roman"/>
          <w:sz w:val="24"/>
        </w:rPr>
        <w:t>Когда придут семена, они придут.</w:t>
      </w:r>
    </w:p>
    <w:p>
      <w:pPr>
        <w:keepLines w:val="0"/>
        <w:jc w:val="left"/>
      </w:pPr>
      <w:r>
        <w:rPr>
          <w:rFonts w:ascii="Times New Roman" w:hAnsi="Times New Roman" w:eastAsia="Times New Roman"/>
          <w:sz w:val="24"/>
        </w:rPr>
        <w:t>Когда наступит цветение, оно наступит.</w:t>
      </w:r>
    </w:p>
    <w:p>
      <w:pPr>
        <w:keepLines w:val="0"/>
        <w:jc w:val="both"/>
      </w:pPr>
      <w:r>
        <w:rPr>
          <w:rFonts w:ascii="Times New Roman" w:hAnsi="Times New Roman" w:eastAsia="Times New Roman"/>
          <w:sz w:val="24"/>
        </w:rPr>
        <w:t>Так отпускание превратилось в повседневную жизнь.</w:t>
      </w:r>
    </w:p>
    <w:p>
      <w:pPr>
        <w:keepLines w:val="0"/>
        <w:jc w:val="left"/>
      </w:pPr>
      <w:r>
        <w:rPr>
          <w:rFonts w:ascii="Times New Roman" w:hAnsi="Times New Roman" w:eastAsia="Times New Roman"/>
          <w:sz w:val="24"/>
        </w:rPr>
        <w:t>Молитва тоже изменилась.</w:t>
      </w:r>
    </w:p>
    <w:p>
      <w:pPr>
        <w:keepLines w:val="0"/>
        <w:jc w:val="left"/>
      </w:pPr>
      <w:r>
        <w:rPr>
          <w:rFonts w:ascii="Times New Roman" w:hAnsi="Times New Roman" w:eastAsia="Times New Roman"/>
          <w:sz w:val="24"/>
        </w:rPr>
        <w:t>Она больше не была просто просьбой о чём-то.</w:t>
      </w:r>
    </w:p>
    <w:p>
      <w:pPr>
        <w:keepLines w:val="0"/>
        <w:jc w:val="left"/>
      </w:pPr>
      <w:r>
        <w:rPr>
          <w:rFonts w:ascii="Times New Roman" w:hAnsi="Times New Roman" w:eastAsia="Times New Roman"/>
          <w:sz w:val="24"/>
        </w:rPr>
        <w:t>Я мог молиться из своего маленького уголка.</w:t>
      </w:r>
    </w:p>
    <w:p>
      <w:pPr>
        <w:keepLines w:val="0"/>
        <w:jc w:val="left"/>
      </w:pPr>
      <w:r>
        <w:rPr>
          <w:rFonts w:ascii="Times New Roman" w:hAnsi="Times New Roman" w:eastAsia="Times New Roman"/>
          <w:sz w:val="24"/>
        </w:rPr>
        <w:t>За моих дочерей.</w:t>
      </w:r>
    </w:p>
    <w:p>
      <w:pPr>
        <w:keepLines w:val="0"/>
        <w:jc w:val="left"/>
      </w:pPr>
      <w:r>
        <w:rPr>
          <w:rFonts w:ascii="Times New Roman" w:hAnsi="Times New Roman" w:eastAsia="Times New Roman"/>
          <w:sz w:val="24"/>
        </w:rPr>
        <w:t>За Елену.</w:t>
      </w:r>
    </w:p>
    <w:p>
      <w:pPr>
        <w:keepLines w:val="0"/>
        <w:jc w:val="left"/>
      </w:pPr>
      <w:r>
        <w:rPr>
          <w:rFonts w:ascii="Times New Roman" w:hAnsi="Times New Roman" w:eastAsia="Times New Roman"/>
          <w:sz w:val="24"/>
        </w:rPr>
        <w:t>За моих родителей.</w:t>
      </w:r>
    </w:p>
    <w:p>
      <w:pPr>
        <w:keepLines w:val="0"/>
        <w:jc w:val="left"/>
      </w:pPr>
      <w:r>
        <w:rPr>
          <w:rFonts w:ascii="Times New Roman" w:hAnsi="Times New Roman" w:eastAsia="Times New Roman"/>
          <w:sz w:val="24"/>
        </w:rPr>
        <w:t>За незнакомых людей.</w:t>
      </w:r>
    </w:p>
    <w:p>
      <w:pPr>
        <w:keepLines w:val="0"/>
        <w:jc w:val="left"/>
      </w:pPr>
      <w:r>
        <w:rPr>
          <w:rFonts w:ascii="Times New Roman" w:hAnsi="Times New Roman" w:eastAsia="Times New Roman"/>
          <w:sz w:val="24"/>
        </w:rPr>
        <w:t>За планету.</w:t>
      </w:r>
    </w:p>
    <w:p>
      <w:pPr>
        <w:keepLines w:val="0"/>
        <w:jc w:val="left"/>
      </w:pPr>
      <w:r>
        <w:rPr>
          <w:rFonts w:ascii="Times New Roman" w:hAnsi="Times New Roman" w:eastAsia="Times New Roman"/>
          <w:sz w:val="24"/>
        </w:rPr>
        <w:t>За солнце.</w:t>
      </w:r>
    </w:p>
    <w:p>
      <w:pPr>
        <w:keepLines w:val="0"/>
        <w:jc w:val="left"/>
      </w:pPr>
      <w:r>
        <w:rPr>
          <w:rFonts w:ascii="Times New Roman" w:hAnsi="Times New Roman" w:eastAsia="Times New Roman"/>
          <w:sz w:val="24"/>
        </w:rPr>
        <w:t>За луну.</w:t>
      </w:r>
    </w:p>
    <w:p>
      <w:pPr>
        <w:keepLines w:val="0"/>
        <w:jc w:val="left"/>
      </w:pPr>
      <w:r>
        <w:rPr>
          <w:rFonts w:ascii="Times New Roman" w:hAnsi="Times New Roman" w:eastAsia="Times New Roman"/>
          <w:sz w:val="24"/>
        </w:rPr>
        <w:t>За то, чего я никогда не узнаю.</w:t>
      </w:r>
    </w:p>
    <w:p>
      <w:pPr>
        <w:keepLines w:val="0"/>
        <w:jc w:val="both"/>
      </w:pPr>
      <w:r>
        <w:rPr>
          <w:rFonts w:ascii="Times New Roman" w:hAnsi="Times New Roman" w:eastAsia="Times New Roman"/>
          <w:sz w:val="24"/>
        </w:rPr>
        <w:t>Но даже здесь оставалась опасность почувствовать себя особенным.</w:t>
      </w:r>
    </w:p>
    <w:p>
      <w:pPr>
        <w:keepLines w:val="0"/>
        <w:jc w:val="both"/>
      </w:pPr>
      <w:r>
        <w:rPr>
          <w:rFonts w:ascii="Times New Roman" w:hAnsi="Times New Roman" w:eastAsia="Times New Roman"/>
          <w:sz w:val="24"/>
        </w:rPr>
        <w:t>Если я представлял, что моя молитва освещает Вселенную, мне одновременно нужно было помнить другое учение:</w:t>
      </w:r>
    </w:p>
    <w:p>
      <w:pPr>
        <w:keepLines w:val="0"/>
        <w:jc w:val="left"/>
      </w:pPr>
      <w:r>
        <w:rPr>
          <w:rFonts w:ascii="Times New Roman" w:hAnsi="Times New Roman" w:eastAsia="Times New Roman"/>
          <w:sz w:val="24"/>
        </w:rPr>
        <w:t>Смирение.</w:t>
      </w:r>
    </w:p>
    <w:p>
      <w:pPr>
        <w:keepLines w:val="0"/>
        <w:jc w:val="left"/>
      </w:pPr>
      <w:r>
        <w:rPr>
          <w:rFonts w:ascii="Times New Roman" w:hAnsi="Times New Roman" w:eastAsia="Times New Roman"/>
          <w:sz w:val="24"/>
        </w:rPr>
        <w:t>Духовный опыт мог раскрывать меня.</w:t>
      </w:r>
    </w:p>
    <w:p>
      <w:pPr>
        <w:keepLines w:val="0"/>
        <w:jc w:val="left"/>
      </w:pPr>
      <w:r>
        <w:rPr>
          <w:rFonts w:ascii="Times New Roman" w:hAnsi="Times New Roman" w:eastAsia="Times New Roman"/>
          <w:sz w:val="24"/>
        </w:rPr>
        <w:t>Но мог и раздувать моё эго.</w:t>
      </w:r>
    </w:p>
    <w:p>
      <w:pPr>
        <w:keepLines w:val="0"/>
        <w:jc w:val="left"/>
      </w:pPr>
      <w:r>
        <w:rPr>
          <w:rFonts w:ascii="Times New Roman" w:hAnsi="Times New Roman" w:eastAsia="Times New Roman"/>
          <w:sz w:val="24"/>
        </w:rPr>
        <w:t>Поэтому задача оставалась прежней.</w:t>
      </w:r>
    </w:p>
    <w:p>
      <w:pPr>
        <w:keepLines w:val="0"/>
        <w:jc w:val="left"/>
      </w:pPr>
      <w:r>
        <w:rPr>
          <w:rFonts w:ascii="Times New Roman" w:hAnsi="Times New Roman" w:eastAsia="Times New Roman"/>
          <w:sz w:val="24"/>
        </w:rPr>
        <w:t>Слушай.</w:t>
      </w:r>
    </w:p>
    <w:p>
      <w:pPr>
        <w:keepLines w:val="0"/>
        <w:jc w:val="left"/>
      </w:pPr>
      <w:r>
        <w:rPr>
          <w:rFonts w:ascii="Times New Roman" w:hAnsi="Times New Roman" w:eastAsia="Times New Roman"/>
          <w:sz w:val="24"/>
        </w:rPr>
        <w:t>Тихо.</w:t>
      </w:r>
    </w:p>
    <w:p>
      <w:pPr>
        <w:keepLines w:val="0"/>
        <w:jc w:val="both"/>
      </w:pPr>
      <w:r>
        <w:rPr>
          <w:rFonts w:ascii="Times New Roman" w:hAnsi="Times New Roman" w:eastAsia="Times New Roman"/>
          <w:sz w:val="24"/>
        </w:rPr>
        <w:t>Со временем произошло одно из важнейших преобразований всего пути.</w:t>
      </w:r>
    </w:p>
    <w:p>
      <w:pPr>
        <w:keepLines w:val="0"/>
        <w:jc w:val="both"/>
      </w:pPr>
      <w:r>
        <w:rPr>
          <w:rFonts w:ascii="Times New Roman" w:hAnsi="Times New Roman" w:eastAsia="Times New Roman"/>
          <w:sz w:val="24"/>
        </w:rPr>
        <w:t>Долгое время мне казалось, что необыкновенная красота церемоний приходит откуда-то извне.</w:t>
      </w:r>
    </w:p>
    <w:p>
      <w:pPr>
        <w:keepLines w:val="0"/>
        <w:jc w:val="left"/>
      </w:pPr>
      <w:r>
        <w:rPr>
          <w:rFonts w:ascii="Times New Roman" w:hAnsi="Times New Roman" w:eastAsia="Times New Roman"/>
          <w:sz w:val="24"/>
        </w:rPr>
        <w:t>От духа.</w:t>
      </w:r>
    </w:p>
    <w:p>
      <w:pPr>
        <w:keepLines w:val="0"/>
        <w:jc w:val="left"/>
      </w:pPr>
      <w:r>
        <w:rPr>
          <w:rFonts w:ascii="Times New Roman" w:hAnsi="Times New Roman" w:eastAsia="Times New Roman"/>
          <w:sz w:val="24"/>
        </w:rPr>
        <w:t>От Вселенной.</w:t>
      </w:r>
    </w:p>
    <w:p>
      <w:pPr>
        <w:keepLines w:val="0"/>
        <w:jc w:val="left"/>
      </w:pPr>
      <w:r>
        <w:rPr>
          <w:rFonts w:ascii="Times New Roman" w:hAnsi="Times New Roman" w:eastAsia="Times New Roman"/>
          <w:sz w:val="24"/>
        </w:rPr>
        <w:t>От Божественного.</w:t>
      </w:r>
    </w:p>
    <w:p>
      <w:pPr>
        <w:keepLines w:val="0"/>
        <w:jc w:val="left"/>
      </w:pPr>
      <w:r>
        <w:rPr>
          <w:rFonts w:ascii="Times New Roman" w:hAnsi="Times New Roman" w:eastAsia="Times New Roman"/>
          <w:sz w:val="24"/>
        </w:rPr>
        <w:t>А потом появилась другая возможность:</w:t>
      </w:r>
    </w:p>
    <w:p>
      <w:pPr>
        <w:keepLines w:val="0"/>
        <w:jc w:val="both"/>
      </w:pPr>
      <w:r>
        <w:rPr>
          <w:rFonts w:ascii="Times New Roman" w:hAnsi="Times New Roman" w:eastAsia="Times New Roman"/>
          <w:sz w:val="24"/>
        </w:rPr>
        <w:t>«Красота, которую я чувствовал и проживал на церемониях, — это красота внутри меня».</w:t>
      </w:r>
    </w:p>
    <w:p>
      <w:pPr>
        <w:keepLines w:val="0"/>
        <w:jc w:val="left"/>
      </w:pPr>
      <w:r>
        <w:rPr>
          <w:rFonts w:ascii="Times New Roman" w:hAnsi="Times New Roman" w:eastAsia="Times New Roman"/>
          <w:sz w:val="24"/>
        </w:rPr>
        <w:t>Это изменило всё.</w:t>
      </w:r>
    </w:p>
    <w:p>
      <w:pPr>
        <w:keepLines w:val="0"/>
        <w:jc w:val="both"/>
      </w:pPr>
      <w:r>
        <w:rPr>
          <w:rFonts w:ascii="Times New Roman" w:hAnsi="Times New Roman" w:eastAsia="Times New Roman"/>
          <w:sz w:val="24"/>
        </w:rPr>
        <w:t>С самого первого опыта я представлял Божественное как отдельную сущность.</w:t>
      </w:r>
    </w:p>
    <w:p>
      <w:pPr>
        <w:keepLines w:val="0"/>
        <w:jc w:val="left"/>
      </w:pPr>
      <w:r>
        <w:rPr>
          <w:rFonts w:ascii="Times New Roman" w:hAnsi="Times New Roman" w:eastAsia="Times New Roman"/>
          <w:sz w:val="24"/>
        </w:rPr>
        <w:t>Как нечто, к чему можно отправиться.</w:t>
      </w:r>
    </w:p>
    <w:p>
      <w:pPr>
        <w:keepLines w:val="0"/>
        <w:jc w:val="left"/>
      </w:pPr>
      <w:r>
        <w:rPr>
          <w:rFonts w:ascii="Times New Roman" w:hAnsi="Times New Roman" w:eastAsia="Times New Roman"/>
          <w:sz w:val="24"/>
        </w:rPr>
        <w:t>Как нечто, что можно найти.</w:t>
      </w:r>
    </w:p>
    <w:p>
      <w:pPr>
        <w:keepLines w:val="0"/>
        <w:jc w:val="left"/>
      </w:pPr>
      <w:r>
        <w:rPr>
          <w:rFonts w:ascii="Times New Roman" w:hAnsi="Times New Roman" w:eastAsia="Times New Roman"/>
          <w:sz w:val="24"/>
        </w:rPr>
        <w:t>Как нечто, что может принять меня.</w:t>
      </w:r>
    </w:p>
    <w:p>
      <w:pPr>
        <w:keepLines w:val="0"/>
        <w:jc w:val="left"/>
      </w:pPr>
      <w:r>
        <w:rPr>
          <w:rFonts w:ascii="Times New Roman" w:hAnsi="Times New Roman" w:eastAsia="Times New Roman"/>
          <w:sz w:val="24"/>
        </w:rPr>
        <w:t>Теперь я написал:</w:t>
      </w:r>
    </w:p>
    <w:p>
      <w:pPr>
        <w:keepLines w:val="0"/>
        <w:jc w:val="both"/>
      </w:pPr>
      <w:r>
        <w:rPr>
          <w:rFonts w:ascii="Times New Roman" w:hAnsi="Times New Roman" w:eastAsia="Times New Roman"/>
          <w:sz w:val="24"/>
        </w:rPr>
        <w:t>«С первой церемонии я думал, что Божественное — это отдельная сущность. А оно всегда было мной».</w:t>
      </w:r>
    </w:p>
    <w:p>
      <w:pPr>
        <w:keepLines w:val="0"/>
        <w:jc w:val="both"/>
      </w:pPr>
      <w:r>
        <w:rPr>
          <w:rFonts w:ascii="Times New Roman" w:hAnsi="Times New Roman" w:eastAsia="Times New Roman"/>
          <w:sz w:val="24"/>
        </w:rPr>
        <w:t>Но это не означало, что моя отдельная личность стала всемогущей.</w:t>
      </w:r>
    </w:p>
    <w:p>
      <w:pPr>
        <w:keepLines w:val="0"/>
        <w:jc w:val="both"/>
      </w:pPr>
      <w:r>
        <w:rPr>
          <w:rFonts w:ascii="Times New Roman" w:hAnsi="Times New Roman" w:eastAsia="Times New Roman"/>
          <w:sz w:val="24"/>
        </w:rPr>
        <w:t>Понимание двигалось, казалось, ровно в противоположную сторону.</w:t>
      </w:r>
    </w:p>
    <w:p>
      <w:pPr>
        <w:keepLines w:val="0"/>
        <w:jc w:val="both"/>
      </w:pPr>
      <w:r>
        <w:rPr>
          <w:rFonts w:ascii="Times New Roman" w:hAnsi="Times New Roman" w:eastAsia="Times New Roman"/>
          <w:sz w:val="24"/>
        </w:rPr>
        <w:t>То, что я называл «я», становилось всё менее твёрдым.</w:t>
      </w:r>
    </w:p>
    <w:p>
      <w:pPr>
        <w:keepLines w:val="0"/>
        <w:jc w:val="both"/>
      </w:pPr>
      <w:r>
        <w:rPr>
          <w:rFonts w:ascii="Times New Roman" w:hAnsi="Times New Roman" w:eastAsia="Times New Roman"/>
          <w:sz w:val="24"/>
        </w:rPr>
        <w:t>Если мы все едины, то расширение моей способности любить не было личным достижением.</w:t>
      </w:r>
    </w:p>
    <w:p>
      <w:pPr>
        <w:keepLines w:val="0"/>
        <w:jc w:val="left"/>
      </w:pPr>
      <w:r>
        <w:rPr>
          <w:rFonts w:ascii="Times New Roman" w:hAnsi="Times New Roman" w:eastAsia="Times New Roman"/>
          <w:sz w:val="24"/>
        </w:rPr>
        <w:t>Другие были:</w:t>
      </w:r>
    </w:p>
    <w:p>
      <w:pPr>
        <w:keepLines w:val="0"/>
        <w:jc w:val="left"/>
      </w:pPr>
      <w:r>
        <w:rPr>
          <w:rFonts w:ascii="Times New Roman" w:hAnsi="Times New Roman" w:eastAsia="Times New Roman"/>
          <w:sz w:val="24"/>
        </w:rPr>
        <w:t>«Моими маленькими зеркалами».</w:t>
      </w:r>
    </w:p>
    <w:p>
      <w:pPr>
        <w:keepLines w:val="0"/>
        <w:jc w:val="both"/>
      </w:pPr>
      <w:r>
        <w:rPr>
          <w:rFonts w:ascii="Times New Roman" w:hAnsi="Times New Roman" w:eastAsia="Times New Roman"/>
          <w:sz w:val="24"/>
        </w:rPr>
        <w:t>Каждый человек мог показать мне какую-то часть меня самого.</w:t>
      </w:r>
    </w:p>
    <w:p>
      <w:pPr>
        <w:keepLines w:val="0"/>
        <w:jc w:val="left"/>
      </w:pPr>
      <w:r>
        <w:rPr>
          <w:rFonts w:ascii="Times New Roman" w:hAnsi="Times New Roman" w:eastAsia="Times New Roman"/>
          <w:sz w:val="24"/>
        </w:rPr>
        <w:t>Одни отражали тёмные места.</w:t>
      </w:r>
    </w:p>
    <w:p>
      <w:pPr>
        <w:keepLines w:val="0"/>
        <w:jc w:val="left"/>
      </w:pPr>
      <w:r>
        <w:rPr>
          <w:rFonts w:ascii="Times New Roman" w:hAnsi="Times New Roman" w:eastAsia="Times New Roman"/>
          <w:sz w:val="24"/>
        </w:rPr>
        <w:t>Другие показывали мою способность любить.</w:t>
      </w:r>
    </w:p>
    <w:p>
      <w:pPr>
        <w:keepLines w:val="0"/>
        <w:jc w:val="both"/>
      </w:pPr>
      <w:r>
        <w:rPr>
          <w:rFonts w:ascii="Times New Roman" w:hAnsi="Times New Roman" w:eastAsia="Times New Roman"/>
          <w:sz w:val="24"/>
        </w:rPr>
        <w:t>Елена с самого начала была одним из таких зеркал.</w:t>
      </w:r>
    </w:p>
    <w:p>
      <w:pPr>
        <w:keepLines w:val="0"/>
        <w:jc w:val="both"/>
      </w:pPr>
      <w:r>
        <w:rPr>
          <w:rFonts w:ascii="Times New Roman" w:hAnsi="Times New Roman" w:eastAsia="Times New Roman"/>
          <w:sz w:val="24"/>
        </w:rPr>
        <w:t>Возможно, поэтому моя любовь к ней занимала такое глубокое место во всём этом процессе.</w:t>
      </w:r>
    </w:p>
    <w:p>
      <w:pPr>
        <w:keepLines w:val="0"/>
        <w:jc w:val="left"/>
      </w:pPr>
      <w:r>
        <w:rPr>
          <w:rFonts w:ascii="Times New Roman" w:hAnsi="Times New Roman" w:eastAsia="Times New Roman"/>
          <w:sz w:val="24"/>
        </w:rPr>
        <w:t>Но зеркало мне не принадлежит.</w:t>
      </w:r>
    </w:p>
    <w:p>
      <w:pPr>
        <w:keepLines w:val="0"/>
        <w:jc w:val="left"/>
      </w:pPr>
      <w:r>
        <w:rPr>
          <w:rFonts w:ascii="Times New Roman" w:hAnsi="Times New Roman" w:eastAsia="Times New Roman"/>
          <w:sz w:val="24"/>
        </w:rPr>
        <w:t>И я не принадлежу зеркалу.</w:t>
      </w:r>
    </w:p>
    <w:p>
      <w:pPr>
        <w:keepLines w:val="0"/>
        <w:jc w:val="left"/>
      </w:pPr>
      <w:r>
        <w:rPr>
          <w:rFonts w:ascii="Times New Roman" w:hAnsi="Times New Roman" w:eastAsia="Times New Roman"/>
          <w:sz w:val="24"/>
        </w:rPr>
        <w:t>Мы встречаемся.</w:t>
      </w:r>
    </w:p>
    <w:p>
      <w:pPr>
        <w:keepLines w:val="0"/>
        <w:jc w:val="left"/>
      </w:pPr>
      <w:r>
        <w:rPr>
          <w:rFonts w:ascii="Times New Roman" w:hAnsi="Times New Roman" w:eastAsia="Times New Roman"/>
          <w:sz w:val="24"/>
        </w:rPr>
        <w:t>Мы отражаем друг друга.</w:t>
      </w:r>
    </w:p>
    <w:p>
      <w:pPr>
        <w:keepLines w:val="0"/>
        <w:jc w:val="left"/>
      </w:pPr>
      <w:r>
        <w:rPr>
          <w:rFonts w:ascii="Times New Roman" w:hAnsi="Times New Roman" w:eastAsia="Times New Roman"/>
          <w:sz w:val="24"/>
        </w:rPr>
        <w:t>Мы учимся.</w:t>
      </w:r>
    </w:p>
    <w:p>
      <w:pPr>
        <w:keepLines w:val="0"/>
        <w:jc w:val="left"/>
      </w:pPr>
      <w:r>
        <w:rPr>
          <w:rFonts w:ascii="Times New Roman" w:hAnsi="Times New Roman" w:eastAsia="Times New Roman"/>
          <w:sz w:val="24"/>
        </w:rPr>
        <w:t>И продолжаем путь.</w:t>
      </w:r>
    </w:p>
    <w:p>
      <w:pPr>
        <w:keepLines w:val="0"/>
        <w:jc w:val="both"/>
      </w:pPr>
      <w:r>
        <w:rPr>
          <w:rFonts w:ascii="Times New Roman" w:hAnsi="Times New Roman" w:eastAsia="Times New Roman"/>
          <w:sz w:val="24"/>
        </w:rPr>
        <w:t>Постепенно само слово «любовь» обрело новую структуру.</w:t>
      </w:r>
    </w:p>
    <w:p>
      <w:pPr>
        <w:keepLines w:val="0"/>
        <w:jc w:val="both"/>
      </w:pPr>
      <w:r>
        <w:rPr>
          <w:rFonts w:ascii="Times New Roman" w:hAnsi="Times New Roman" w:eastAsia="Times New Roman"/>
          <w:sz w:val="24"/>
        </w:rPr>
        <w:t>До этого оно было единством, экстазом, энергией, Вселенной, отпусканием.</w:t>
      </w:r>
    </w:p>
    <w:p>
      <w:pPr>
        <w:keepLines w:val="0"/>
        <w:jc w:val="both"/>
      </w:pPr>
      <w:r>
        <w:rPr>
          <w:rFonts w:ascii="Times New Roman" w:hAnsi="Times New Roman" w:eastAsia="Times New Roman"/>
          <w:sz w:val="24"/>
        </w:rPr>
        <w:t>Теперь появились три гораздо более человеческих слова:</w:t>
      </w:r>
    </w:p>
    <w:p>
      <w:pPr>
        <w:keepLines w:val="0"/>
        <w:jc w:val="left"/>
      </w:pPr>
      <w:r>
        <w:rPr>
          <w:rFonts w:ascii="Times New Roman" w:hAnsi="Times New Roman" w:eastAsia="Times New Roman"/>
          <w:sz w:val="24"/>
        </w:rPr>
        <w:t>Нежность. Принятие. Сострадание.</w:t>
      </w:r>
    </w:p>
    <w:p>
      <w:pPr>
        <w:keepLines w:val="0"/>
        <w:jc w:val="left"/>
      </w:pPr>
      <w:r>
        <w:rPr>
          <w:rFonts w:ascii="Times New Roman" w:hAnsi="Times New Roman" w:eastAsia="Times New Roman"/>
          <w:sz w:val="24"/>
        </w:rPr>
        <w:t>Особенно сострадание.</w:t>
      </w:r>
    </w:p>
    <w:p>
      <w:pPr>
        <w:keepLines w:val="0"/>
        <w:jc w:val="left"/>
      </w:pPr>
      <w:r>
        <w:rPr>
          <w:rFonts w:ascii="Times New Roman" w:hAnsi="Times New Roman" w:eastAsia="Times New Roman"/>
          <w:sz w:val="24"/>
        </w:rPr>
        <w:t>Сострадание к другим — да.</w:t>
      </w:r>
    </w:p>
    <w:p>
      <w:pPr>
        <w:keepLines w:val="0"/>
        <w:jc w:val="left"/>
      </w:pPr>
      <w:r>
        <w:rPr>
          <w:rFonts w:ascii="Times New Roman" w:hAnsi="Times New Roman" w:eastAsia="Times New Roman"/>
          <w:sz w:val="24"/>
        </w:rPr>
        <w:t>Но прежде всего к самому себе.</w:t>
      </w:r>
    </w:p>
    <w:p>
      <w:pPr>
        <w:keepLines w:val="0"/>
        <w:jc w:val="left"/>
      </w:pPr>
      <w:r>
        <w:rPr>
          <w:rFonts w:ascii="Times New Roman" w:hAnsi="Times New Roman" w:eastAsia="Times New Roman"/>
          <w:sz w:val="24"/>
        </w:rPr>
        <w:t>Принятие своих недостатков и достоинств.</w:t>
      </w:r>
    </w:p>
    <w:p>
      <w:pPr>
        <w:keepLines w:val="0"/>
        <w:jc w:val="left"/>
      </w:pPr>
      <w:r>
        <w:rPr>
          <w:rFonts w:ascii="Times New Roman" w:hAnsi="Times New Roman" w:eastAsia="Times New Roman"/>
          <w:sz w:val="24"/>
        </w:rPr>
        <w:t>Принятие того, что я не знаю.</w:t>
      </w:r>
    </w:p>
    <w:p>
      <w:pPr>
        <w:keepLines w:val="0"/>
        <w:jc w:val="both"/>
      </w:pPr>
      <w:r>
        <w:rPr>
          <w:rFonts w:ascii="Times New Roman" w:hAnsi="Times New Roman" w:eastAsia="Times New Roman"/>
          <w:sz w:val="24"/>
        </w:rPr>
        <w:t>«Я очень многого не знаю. Прости, я не понимаю».</w:t>
      </w:r>
    </w:p>
    <w:p>
      <w:pPr>
        <w:keepLines w:val="0"/>
        <w:jc w:val="both"/>
      </w:pPr>
      <w:r>
        <w:rPr>
          <w:rFonts w:ascii="Times New Roman" w:hAnsi="Times New Roman" w:eastAsia="Times New Roman"/>
          <w:sz w:val="24"/>
        </w:rPr>
        <w:t>В начале пути это могло бы показаться почти поражением.</w:t>
      </w:r>
    </w:p>
    <w:p>
      <w:pPr>
        <w:keepLines w:val="0"/>
        <w:jc w:val="left"/>
      </w:pPr>
      <w:r>
        <w:rPr>
          <w:rFonts w:ascii="Times New Roman" w:hAnsi="Times New Roman" w:eastAsia="Times New Roman"/>
          <w:sz w:val="24"/>
        </w:rPr>
        <w:t>Теперь это стало ощущаться как мудрость.</w:t>
      </w:r>
    </w:p>
    <w:p>
      <w:pPr>
        <w:keepLines w:val="0"/>
        <w:jc w:val="left"/>
      </w:pPr>
      <w:r>
        <w:rPr>
          <w:rFonts w:ascii="Times New Roman" w:hAnsi="Times New Roman" w:eastAsia="Times New Roman"/>
          <w:sz w:val="24"/>
        </w:rPr>
        <w:t>Незнание могло быть формой открытости.</w:t>
      </w:r>
    </w:p>
    <w:p>
      <w:pPr>
        <w:keepLines w:val="0"/>
        <w:jc w:val="left"/>
      </w:pPr>
      <w:r>
        <w:rPr>
          <w:rFonts w:ascii="Times New Roman" w:hAnsi="Times New Roman" w:eastAsia="Times New Roman"/>
          <w:sz w:val="24"/>
        </w:rPr>
        <w:t>Уважение тоже стало яснее.</w:t>
      </w:r>
    </w:p>
    <w:p>
      <w:pPr>
        <w:keepLines w:val="0"/>
        <w:jc w:val="left"/>
      </w:pPr>
      <w:r>
        <w:rPr>
          <w:rFonts w:ascii="Times New Roman" w:hAnsi="Times New Roman" w:eastAsia="Times New Roman"/>
          <w:sz w:val="24"/>
        </w:rPr>
        <w:t>Не вмешивайся в церемонии других.</w:t>
      </w:r>
    </w:p>
    <w:p>
      <w:pPr>
        <w:keepLines w:val="0"/>
        <w:jc w:val="left"/>
      </w:pPr>
      <w:r>
        <w:rPr>
          <w:rFonts w:ascii="Times New Roman" w:hAnsi="Times New Roman" w:eastAsia="Times New Roman"/>
          <w:sz w:val="24"/>
        </w:rPr>
        <w:t>Не пытайся их спасать.</w:t>
      </w:r>
    </w:p>
    <w:p>
      <w:pPr>
        <w:keepLines w:val="0"/>
        <w:jc w:val="left"/>
      </w:pPr>
      <w:r>
        <w:rPr>
          <w:rFonts w:ascii="Times New Roman" w:hAnsi="Times New Roman" w:eastAsia="Times New Roman"/>
          <w:sz w:val="24"/>
        </w:rPr>
        <w:t>Не изменяй их путь.</w:t>
      </w:r>
    </w:p>
    <w:p>
      <w:pPr>
        <w:keepLines w:val="0"/>
        <w:jc w:val="left"/>
      </w:pPr>
      <w:r>
        <w:rPr>
          <w:rFonts w:ascii="Times New Roman" w:hAnsi="Times New Roman" w:eastAsia="Times New Roman"/>
          <w:sz w:val="24"/>
        </w:rPr>
        <w:t>Однажды кто-то сказал мне:</w:t>
      </w:r>
    </w:p>
    <w:p>
      <w:pPr>
        <w:keepLines w:val="0"/>
        <w:jc w:val="left"/>
      </w:pPr>
      <w:r>
        <w:rPr>
          <w:rFonts w:ascii="Times New Roman" w:hAnsi="Times New Roman" w:eastAsia="Times New Roman"/>
          <w:sz w:val="24"/>
        </w:rPr>
        <w:t>«Ты спас меня».</w:t>
      </w:r>
    </w:p>
    <w:p>
      <w:pPr>
        <w:keepLines w:val="0"/>
        <w:jc w:val="left"/>
      </w:pPr>
      <w:r>
        <w:rPr>
          <w:rFonts w:ascii="Times New Roman" w:hAnsi="Times New Roman" w:eastAsia="Times New Roman"/>
          <w:sz w:val="24"/>
        </w:rPr>
        <w:t>Но я понял, что никого не пытался спасать.</w:t>
      </w:r>
    </w:p>
    <w:p>
      <w:pPr>
        <w:keepLines w:val="0"/>
        <w:jc w:val="left"/>
      </w:pPr>
      <w:r>
        <w:rPr>
          <w:rFonts w:ascii="Times New Roman" w:hAnsi="Times New Roman" w:eastAsia="Times New Roman"/>
          <w:sz w:val="24"/>
        </w:rPr>
        <w:t>Я был занят своим собственным процессом.</w:t>
      </w:r>
    </w:p>
    <w:p>
      <w:pPr>
        <w:keepLines w:val="0"/>
        <w:jc w:val="both"/>
      </w:pPr>
      <w:r>
        <w:rPr>
          <w:rFonts w:ascii="Times New Roman" w:hAnsi="Times New Roman" w:eastAsia="Times New Roman"/>
          <w:sz w:val="24"/>
        </w:rPr>
        <w:t>И, возможно, именно поэтому что-то в моём присутствии коснулось другого человека.</w:t>
      </w:r>
    </w:p>
    <w:p>
      <w:pPr>
        <w:keepLines w:val="0"/>
        <w:jc w:val="left"/>
      </w:pPr>
      <w:r>
        <w:rPr>
          <w:rFonts w:ascii="Times New Roman" w:hAnsi="Times New Roman" w:eastAsia="Times New Roman"/>
          <w:sz w:val="24"/>
        </w:rPr>
        <w:t>«Любовь расширяется сама».</w:t>
      </w:r>
    </w:p>
    <w:p>
      <w:pPr>
        <w:keepLines w:val="0"/>
        <w:jc w:val="left"/>
      </w:pPr>
      <w:r>
        <w:rPr>
          <w:rFonts w:ascii="Times New Roman" w:hAnsi="Times New Roman" w:eastAsia="Times New Roman"/>
          <w:sz w:val="24"/>
        </w:rPr>
        <w:t>Её не нужно подталкивать.</w:t>
      </w:r>
    </w:p>
    <w:p>
      <w:pPr>
        <w:keepLines w:val="0"/>
        <w:jc w:val="left"/>
      </w:pPr>
      <w:r>
        <w:rPr>
          <w:rFonts w:ascii="Times New Roman" w:hAnsi="Times New Roman" w:eastAsia="Times New Roman"/>
          <w:sz w:val="24"/>
        </w:rPr>
        <w:t>Её не нужно навязывать.</w:t>
      </w:r>
    </w:p>
    <w:p>
      <w:pPr>
        <w:keepLines w:val="0"/>
        <w:jc w:val="left"/>
      </w:pPr>
      <w:r>
        <w:rPr>
          <w:rFonts w:ascii="Times New Roman" w:hAnsi="Times New Roman" w:eastAsia="Times New Roman"/>
          <w:sz w:val="24"/>
        </w:rPr>
        <w:t>Ей не нужно убеждать.</w:t>
      </w:r>
    </w:p>
    <w:p>
      <w:pPr>
        <w:keepLines w:val="0"/>
        <w:jc w:val="both"/>
      </w:pPr>
      <w:r>
        <w:rPr>
          <w:rFonts w:ascii="Times New Roman" w:hAnsi="Times New Roman" w:eastAsia="Times New Roman"/>
          <w:sz w:val="24"/>
        </w:rPr>
        <w:t>Это было глубоким превращением по сравнению с тем человеком, который хотел помогать, исправлять, защищать и направлять.</w:t>
      </w:r>
    </w:p>
    <w:p>
      <w:pPr>
        <w:keepLines w:val="0"/>
        <w:jc w:val="both"/>
      </w:pPr>
      <w:r>
        <w:rPr>
          <w:rFonts w:ascii="Times New Roman" w:hAnsi="Times New Roman" w:eastAsia="Times New Roman"/>
          <w:sz w:val="24"/>
        </w:rPr>
        <w:t>Помощь могла начинаться с взгляда внутрь себя.</w:t>
      </w:r>
    </w:p>
    <w:p>
      <w:pPr>
        <w:keepLines w:val="0"/>
        <w:jc w:val="both"/>
      </w:pPr>
      <w:r>
        <w:rPr>
          <w:rFonts w:ascii="Times New Roman" w:hAnsi="Times New Roman" w:eastAsia="Times New Roman"/>
          <w:sz w:val="24"/>
        </w:rPr>
        <w:t>Если я замечал рану в другом человеке, я мог искать отражение этой раны внутри себя.</w:t>
      </w:r>
    </w:p>
    <w:p>
      <w:pPr>
        <w:keepLines w:val="0"/>
        <w:jc w:val="left"/>
      </w:pPr>
      <w:r>
        <w:rPr>
          <w:rFonts w:ascii="Times New Roman" w:hAnsi="Times New Roman" w:eastAsia="Times New Roman"/>
          <w:sz w:val="24"/>
        </w:rPr>
        <w:t>И работать там.</w:t>
      </w:r>
    </w:p>
    <w:p>
      <w:pPr>
        <w:keepLines w:val="0"/>
        <w:jc w:val="both"/>
      </w:pPr>
      <w:r>
        <w:rPr>
          <w:rFonts w:ascii="Times New Roman" w:hAnsi="Times New Roman" w:eastAsia="Times New Roman"/>
          <w:sz w:val="24"/>
        </w:rPr>
        <w:t>«Когда я исцеляю себя, я помогаю исцеляться всем остальным».</w:t>
      </w:r>
    </w:p>
    <w:p>
      <w:pPr>
        <w:keepLines w:val="0"/>
        <w:jc w:val="both"/>
      </w:pPr>
      <w:r>
        <w:rPr>
          <w:rFonts w:ascii="Times New Roman" w:hAnsi="Times New Roman" w:eastAsia="Times New Roman"/>
          <w:sz w:val="24"/>
        </w:rPr>
        <w:t>Какой бы метафизический смысл я ни вкладывал в эту фразу, в ней была вполне конкретная дисциплина:</w:t>
      </w:r>
    </w:p>
    <w:p>
      <w:pPr>
        <w:keepLines w:val="0"/>
        <w:jc w:val="both"/>
      </w:pPr>
      <w:r>
        <w:rPr>
          <w:rFonts w:ascii="Times New Roman" w:hAnsi="Times New Roman" w:eastAsia="Times New Roman"/>
          <w:sz w:val="24"/>
        </w:rPr>
        <w:t>Прежде чем пытаться исправить другого человека, наблюдай за собой.</w:t>
      </w:r>
    </w:p>
    <w:p>
      <w:pPr>
        <w:keepLines w:val="0"/>
        <w:jc w:val="left"/>
      </w:pPr>
      <w:r>
        <w:rPr>
          <w:rFonts w:ascii="Times New Roman" w:hAnsi="Times New Roman" w:eastAsia="Times New Roman"/>
          <w:sz w:val="24"/>
        </w:rPr>
        <w:t>А потом появился паук.</w:t>
      </w:r>
    </w:p>
    <w:p>
      <w:pPr>
        <w:keepLines w:val="0"/>
        <w:jc w:val="left"/>
      </w:pPr>
      <w:r>
        <w:rPr>
          <w:rFonts w:ascii="Times New Roman" w:hAnsi="Times New Roman" w:eastAsia="Times New Roman"/>
          <w:sz w:val="24"/>
        </w:rPr>
        <w:t>Во сне он был большим, тёмным и угрожающим.</w:t>
      </w:r>
    </w:p>
    <w:p>
      <w:pPr>
        <w:keepLines w:val="0"/>
        <w:jc w:val="left"/>
      </w:pPr>
      <w:r>
        <w:rPr>
          <w:rFonts w:ascii="Times New Roman" w:hAnsi="Times New Roman" w:eastAsia="Times New Roman"/>
          <w:sz w:val="24"/>
        </w:rPr>
        <w:t>Сначала он просто был там.</w:t>
      </w:r>
    </w:p>
    <w:p>
      <w:pPr>
        <w:keepLines w:val="0"/>
        <w:jc w:val="left"/>
      </w:pPr>
      <w:r>
        <w:rPr>
          <w:rFonts w:ascii="Times New Roman" w:hAnsi="Times New Roman" w:eastAsia="Times New Roman"/>
          <w:sz w:val="24"/>
        </w:rPr>
        <w:t>Он двигался по своей паутине.</w:t>
      </w:r>
    </w:p>
    <w:p>
      <w:pPr>
        <w:keepLines w:val="0"/>
        <w:jc w:val="left"/>
      </w:pPr>
      <w:r>
        <w:rPr>
          <w:rFonts w:ascii="Times New Roman" w:hAnsi="Times New Roman" w:eastAsia="Times New Roman"/>
          <w:sz w:val="24"/>
        </w:rPr>
        <w:t>Я схватил яд.</w:t>
      </w:r>
    </w:p>
    <w:p>
      <w:pPr>
        <w:keepLines w:val="0"/>
        <w:jc w:val="left"/>
      </w:pPr>
      <w:r>
        <w:rPr>
          <w:rFonts w:ascii="Times New Roman" w:hAnsi="Times New Roman" w:eastAsia="Times New Roman"/>
          <w:sz w:val="24"/>
        </w:rPr>
        <w:t>Я напал на него.</w:t>
      </w:r>
    </w:p>
    <w:p>
      <w:pPr>
        <w:keepLines w:val="0"/>
        <w:jc w:val="left"/>
      </w:pPr>
      <w:r>
        <w:rPr>
          <w:rFonts w:ascii="Times New Roman" w:hAnsi="Times New Roman" w:eastAsia="Times New Roman"/>
          <w:sz w:val="24"/>
        </w:rPr>
        <w:t>И тогда он напал на меня.</w:t>
      </w:r>
    </w:p>
    <w:p>
      <w:pPr>
        <w:keepLines w:val="0"/>
        <w:jc w:val="left"/>
      </w:pPr>
      <w:r>
        <w:rPr>
          <w:rFonts w:ascii="Times New Roman" w:hAnsi="Times New Roman" w:eastAsia="Times New Roman"/>
          <w:sz w:val="24"/>
        </w:rPr>
        <w:t>Проснувшись, я попросил понять смысл.</w:t>
      </w:r>
    </w:p>
    <w:p>
      <w:pPr>
        <w:keepLines w:val="0"/>
        <w:jc w:val="left"/>
      </w:pPr>
      <w:r>
        <w:rPr>
          <w:rFonts w:ascii="Times New Roman" w:hAnsi="Times New Roman" w:eastAsia="Times New Roman"/>
          <w:sz w:val="24"/>
        </w:rPr>
        <w:t>Толкование пришло почти сразу:</w:t>
      </w:r>
    </w:p>
    <w:p>
      <w:pPr>
        <w:keepLines w:val="0"/>
        <w:jc w:val="left"/>
      </w:pPr>
      <w:r>
        <w:rPr>
          <w:rFonts w:ascii="Times New Roman" w:hAnsi="Times New Roman" w:eastAsia="Times New Roman"/>
          <w:sz w:val="24"/>
        </w:rPr>
        <w:t>Пока я наблюдал, ничего не происходило.</w:t>
      </w:r>
    </w:p>
    <w:p>
      <w:pPr>
        <w:keepLines w:val="0"/>
        <w:jc w:val="left"/>
      </w:pPr>
      <w:r>
        <w:rPr>
          <w:rFonts w:ascii="Times New Roman" w:hAnsi="Times New Roman" w:eastAsia="Times New Roman"/>
          <w:sz w:val="24"/>
        </w:rPr>
        <w:t>Когда я атаковал, атаковали меня.</w:t>
      </w:r>
    </w:p>
    <w:p>
      <w:pPr>
        <w:keepLines w:val="0"/>
        <w:jc w:val="left"/>
      </w:pPr>
      <w:r>
        <w:rPr>
          <w:rFonts w:ascii="Times New Roman" w:hAnsi="Times New Roman" w:eastAsia="Times New Roman"/>
          <w:sz w:val="24"/>
        </w:rPr>
        <w:t>Наблюдай.</w:t>
      </w:r>
    </w:p>
    <w:p>
      <w:pPr>
        <w:keepLines w:val="0"/>
        <w:jc w:val="left"/>
      </w:pPr>
      <w:r>
        <w:rPr>
          <w:rFonts w:ascii="Times New Roman" w:hAnsi="Times New Roman" w:eastAsia="Times New Roman"/>
          <w:sz w:val="24"/>
        </w:rPr>
        <w:t>Слушай.</w:t>
      </w:r>
    </w:p>
    <w:p>
      <w:pPr>
        <w:keepLines w:val="0"/>
        <w:jc w:val="left"/>
      </w:pPr>
      <w:r>
        <w:rPr>
          <w:rFonts w:ascii="Times New Roman" w:hAnsi="Times New Roman" w:eastAsia="Times New Roman"/>
          <w:sz w:val="24"/>
        </w:rPr>
        <w:t>Молчи.</w:t>
      </w:r>
    </w:p>
    <w:p>
      <w:pPr>
        <w:keepLines w:val="0"/>
        <w:jc w:val="left"/>
      </w:pPr>
      <w:r>
        <w:rPr>
          <w:rFonts w:ascii="Times New Roman" w:hAnsi="Times New Roman" w:eastAsia="Times New Roman"/>
          <w:sz w:val="24"/>
        </w:rPr>
        <w:t>Вернулись те же слова.</w:t>
      </w:r>
    </w:p>
    <w:p>
      <w:pPr>
        <w:keepLines w:val="0"/>
        <w:jc w:val="both"/>
      </w:pPr>
      <w:r>
        <w:rPr>
          <w:rFonts w:ascii="Times New Roman" w:hAnsi="Times New Roman" w:eastAsia="Times New Roman"/>
          <w:sz w:val="24"/>
        </w:rPr>
        <w:t>Но теперь они означали не только получение духовной информации.</w:t>
      </w:r>
    </w:p>
    <w:p>
      <w:pPr>
        <w:keepLines w:val="0"/>
        <w:jc w:val="both"/>
      </w:pPr>
      <w:r>
        <w:rPr>
          <w:rFonts w:ascii="Times New Roman" w:hAnsi="Times New Roman" w:eastAsia="Times New Roman"/>
          <w:sz w:val="24"/>
        </w:rPr>
        <w:t>Теперь они описывали способ быть в отношениях с жизнью.</w:t>
      </w:r>
    </w:p>
    <w:p>
      <w:pPr>
        <w:keepLines w:val="0"/>
        <w:jc w:val="both"/>
      </w:pPr>
      <w:r>
        <w:rPr>
          <w:rFonts w:ascii="Times New Roman" w:hAnsi="Times New Roman" w:eastAsia="Times New Roman"/>
          <w:sz w:val="24"/>
        </w:rPr>
        <w:t>Примирение с отцом углубило это движение ещё сильнее.</w:t>
      </w:r>
    </w:p>
    <w:p>
      <w:pPr>
        <w:keepLines w:val="0"/>
        <w:jc w:val="both"/>
      </w:pPr>
      <w:r>
        <w:rPr>
          <w:rFonts w:ascii="Times New Roman" w:hAnsi="Times New Roman" w:eastAsia="Times New Roman"/>
          <w:sz w:val="24"/>
        </w:rPr>
        <w:t>Мне пришлось встретиться с болью от того, как я разговаривал с ним, и со всем, что произошло между нами.</w:t>
      </w:r>
    </w:p>
    <w:p>
      <w:pPr>
        <w:keepLines w:val="0"/>
        <w:jc w:val="left"/>
      </w:pPr>
      <w:r>
        <w:rPr>
          <w:rFonts w:ascii="Times New Roman" w:hAnsi="Times New Roman" w:eastAsia="Times New Roman"/>
          <w:sz w:val="24"/>
        </w:rPr>
        <w:t>Я плакал.</w:t>
      </w:r>
    </w:p>
    <w:p>
      <w:pPr>
        <w:keepLines w:val="0"/>
        <w:jc w:val="left"/>
      </w:pPr>
      <w:r>
        <w:rPr>
          <w:rFonts w:ascii="Times New Roman" w:hAnsi="Times New Roman" w:eastAsia="Times New Roman"/>
          <w:sz w:val="24"/>
        </w:rPr>
        <w:t>Я пытался простить себя.</w:t>
      </w:r>
    </w:p>
    <w:p>
      <w:pPr>
        <w:keepLines w:val="0"/>
        <w:jc w:val="both"/>
      </w:pPr>
      <w:r>
        <w:rPr>
          <w:rFonts w:ascii="Times New Roman" w:hAnsi="Times New Roman" w:eastAsia="Times New Roman"/>
          <w:sz w:val="24"/>
        </w:rPr>
        <w:t>И внутри этого переживания мои дедушки и бабушки появились как фигуры мудрости, сопровождавшие меня к иному пониманию старой раны.</w:t>
      </w:r>
    </w:p>
    <w:p>
      <w:pPr>
        <w:keepLines w:val="0"/>
        <w:jc w:val="both"/>
      </w:pPr>
      <w:r>
        <w:rPr>
          <w:rFonts w:ascii="Times New Roman" w:hAnsi="Times New Roman" w:eastAsia="Times New Roman"/>
          <w:sz w:val="24"/>
        </w:rPr>
        <w:t>Уход моего отца, который так долго ощущался лишь как отсутствие и боль, начал открываться и с другой стороны: возможно, это была вся любовь, на которую он был способен в тот момент.</w:t>
      </w:r>
    </w:p>
    <w:p>
      <w:pPr>
        <w:keepLines w:val="0"/>
        <w:jc w:val="both"/>
      </w:pPr>
      <w:r>
        <w:rPr>
          <w:rFonts w:ascii="Times New Roman" w:hAnsi="Times New Roman" w:eastAsia="Times New Roman"/>
          <w:sz w:val="24"/>
        </w:rPr>
        <w:t>Мне не нужно было превращать оставление в нечто хорошее, чтобы признать: человек может любить лишь из тех возможностей и ограничений, которые у него есть.</w:t>
      </w:r>
    </w:p>
    <w:p>
      <w:pPr>
        <w:keepLines w:val="0"/>
        <w:jc w:val="both"/>
      </w:pPr>
      <w:r>
        <w:rPr>
          <w:rFonts w:ascii="Times New Roman" w:hAnsi="Times New Roman" w:eastAsia="Times New Roman"/>
          <w:sz w:val="24"/>
        </w:rPr>
        <w:t>И тогда я смог иначе взглянуть на собственную историю.</w:t>
      </w:r>
    </w:p>
    <w:p>
      <w:pPr>
        <w:keepLines w:val="0"/>
        <w:jc w:val="both"/>
      </w:pPr>
      <w:r>
        <w:rPr>
          <w:rFonts w:ascii="Times New Roman" w:hAnsi="Times New Roman" w:eastAsia="Times New Roman"/>
          <w:sz w:val="24"/>
        </w:rPr>
        <w:t>Я тоже принимал болезненные решения, веря, что это единственный способ прекратить ещё большее страдание.</w:t>
      </w:r>
    </w:p>
    <w:p>
      <w:pPr>
        <w:keepLines w:val="0"/>
        <w:jc w:val="left"/>
      </w:pPr>
      <w:r>
        <w:rPr>
          <w:rFonts w:ascii="Times New Roman" w:hAnsi="Times New Roman" w:eastAsia="Times New Roman"/>
          <w:sz w:val="24"/>
        </w:rPr>
        <w:t>Осуждение начало превращаться в понимание.</w:t>
      </w:r>
    </w:p>
    <w:p>
      <w:pPr>
        <w:keepLines w:val="0"/>
        <w:jc w:val="left"/>
      </w:pPr>
      <w:r>
        <w:rPr>
          <w:rFonts w:ascii="Times New Roman" w:hAnsi="Times New Roman" w:eastAsia="Times New Roman"/>
          <w:sz w:val="24"/>
        </w:rPr>
        <w:t>А понимание — в сострадание.</w:t>
      </w:r>
    </w:p>
    <w:p>
      <w:pPr>
        <w:keepLines w:val="0"/>
        <w:jc w:val="left"/>
      </w:pPr>
      <w:r>
        <w:rPr>
          <w:rFonts w:ascii="Times New Roman" w:hAnsi="Times New Roman" w:eastAsia="Times New Roman"/>
          <w:sz w:val="24"/>
        </w:rPr>
        <w:t>Не для того, чтобы отменить ответственность.</w:t>
      </w:r>
    </w:p>
    <w:p>
      <w:pPr>
        <w:keepLines w:val="0"/>
        <w:jc w:val="both"/>
      </w:pPr>
      <w:r>
        <w:rPr>
          <w:rFonts w:ascii="Times New Roman" w:hAnsi="Times New Roman" w:eastAsia="Times New Roman"/>
          <w:sz w:val="24"/>
        </w:rPr>
        <w:t>А чтобы перестать превращать её в пожизненный приговор.</w:t>
      </w:r>
    </w:p>
    <w:p>
      <w:pPr>
        <w:keepLines w:val="0"/>
        <w:jc w:val="both"/>
      </w:pPr>
      <w:r>
        <w:rPr>
          <w:rFonts w:ascii="Times New Roman" w:hAnsi="Times New Roman" w:eastAsia="Times New Roman"/>
          <w:sz w:val="24"/>
        </w:rPr>
        <w:t>Затем появился ещё один, ещё более трудный вопрос.</w:t>
      </w:r>
    </w:p>
    <w:p>
      <w:pPr>
        <w:keepLines w:val="0"/>
        <w:jc w:val="both"/>
      </w:pPr>
      <w:r>
        <w:rPr>
          <w:rFonts w:ascii="Times New Roman" w:hAnsi="Times New Roman" w:eastAsia="Times New Roman"/>
          <w:sz w:val="24"/>
        </w:rPr>
        <w:t>Что мне делать с постоянным внутренним разговором?</w:t>
      </w:r>
    </w:p>
    <w:p>
      <w:pPr>
        <w:keepLines w:val="0"/>
        <w:jc w:val="left"/>
      </w:pPr>
      <w:r>
        <w:rPr>
          <w:rFonts w:ascii="Times New Roman" w:hAnsi="Times New Roman" w:eastAsia="Times New Roman"/>
          <w:sz w:val="24"/>
        </w:rPr>
        <w:t>Осуждением.</w:t>
      </w:r>
    </w:p>
    <w:p>
      <w:pPr>
        <w:keepLines w:val="0"/>
        <w:jc w:val="left"/>
      </w:pPr>
      <w:r>
        <w:rPr>
          <w:rFonts w:ascii="Times New Roman" w:hAnsi="Times New Roman" w:eastAsia="Times New Roman"/>
          <w:sz w:val="24"/>
        </w:rPr>
        <w:t>Классификацией.</w:t>
      </w:r>
    </w:p>
    <w:p>
      <w:pPr>
        <w:keepLines w:val="0"/>
        <w:jc w:val="left"/>
      </w:pPr>
      <w:r>
        <w:rPr>
          <w:rFonts w:ascii="Times New Roman" w:hAnsi="Times New Roman" w:eastAsia="Times New Roman"/>
          <w:sz w:val="24"/>
        </w:rPr>
        <w:t>Проекциями.</w:t>
      </w:r>
    </w:p>
    <w:p>
      <w:pPr>
        <w:keepLines w:val="0"/>
        <w:jc w:val="left"/>
      </w:pPr>
      <w:r>
        <w:rPr>
          <w:rFonts w:ascii="Times New Roman" w:hAnsi="Times New Roman" w:eastAsia="Times New Roman"/>
          <w:sz w:val="24"/>
        </w:rPr>
        <w:t>Должен ли я всё это уничтожить?</w:t>
      </w:r>
    </w:p>
    <w:p>
      <w:pPr>
        <w:keepLines w:val="0"/>
        <w:jc w:val="left"/>
      </w:pPr>
      <w:r>
        <w:rPr>
          <w:rFonts w:ascii="Times New Roman" w:hAnsi="Times New Roman" w:eastAsia="Times New Roman"/>
          <w:sz w:val="24"/>
        </w:rPr>
        <w:t>Или тоже принять как часть себя?</w:t>
      </w:r>
    </w:p>
    <w:p>
      <w:pPr>
        <w:keepLines w:val="0"/>
        <w:jc w:val="left"/>
      </w:pPr>
      <w:r>
        <w:rPr>
          <w:rFonts w:ascii="Times New Roman" w:hAnsi="Times New Roman" w:eastAsia="Times New Roman"/>
          <w:sz w:val="24"/>
        </w:rPr>
        <w:t>Десятилетиями я умел наказывать себя.</w:t>
      </w:r>
    </w:p>
    <w:p>
      <w:pPr>
        <w:keepLines w:val="0"/>
        <w:jc w:val="both"/>
      </w:pPr>
      <w:r>
        <w:rPr>
          <w:rFonts w:ascii="Times New Roman" w:hAnsi="Times New Roman" w:eastAsia="Times New Roman"/>
          <w:sz w:val="24"/>
        </w:rPr>
        <w:t>Даже моё тело могло воспроизводить ту же логику: слишком сильно давить, напрягаться, заставлять, пытаться понять через страдание.</w:t>
      </w:r>
    </w:p>
    <w:p>
      <w:pPr>
        <w:keepLines w:val="0"/>
        <w:jc w:val="left"/>
      </w:pPr>
      <w:r>
        <w:rPr>
          <w:rFonts w:ascii="Times New Roman" w:hAnsi="Times New Roman" w:eastAsia="Times New Roman"/>
          <w:sz w:val="24"/>
        </w:rPr>
        <w:t>И тогда появилась другая фраза:</w:t>
      </w:r>
    </w:p>
    <w:p>
      <w:pPr>
        <w:keepLines w:val="0"/>
        <w:jc w:val="left"/>
      </w:pPr>
      <w:r>
        <w:rPr>
          <w:rFonts w:ascii="Times New Roman" w:hAnsi="Times New Roman" w:eastAsia="Times New Roman"/>
          <w:sz w:val="24"/>
        </w:rPr>
        <w:t>«Мне больше не нужно себя наказывать».</w:t>
      </w:r>
    </w:p>
    <w:p>
      <w:pPr>
        <w:keepLines w:val="0"/>
        <w:jc w:val="left"/>
      </w:pPr>
      <w:r>
        <w:rPr>
          <w:rFonts w:ascii="Times New Roman" w:hAnsi="Times New Roman" w:eastAsia="Times New Roman"/>
          <w:sz w:val="24"/>
        </w:rPr>
        <w:t>Подготовка уже была сделана.</w:t>
      </w:r>
    </w:p>
    <w:p>
      <w:pPr>
        <w:keepLines w:val="0"/>
        <w:jc w:val="left"/>
      </w:pPr>
      <w:r>
        <w:rPr>
          <w:rFonts w:ascii="Times New Roman" w:hAnsi="Times New Roman" w:eastAsia="Times New Roman"/>
          <w:sz w:val="24"/>
        </w:rPr>
        <w:t>Возможно, её даже было слишком много.</w:t>
      </w:r>
    </w:p>
    <w:p>
      <w:pPr>
        <w:keepLines w:val="0"/>
        <w:jc w:val="left"/>
      </w:pPr>
      <w:r>
        <w:rPr>
          <w:rFonts w:ascii="Times New Roman" w:hAnsi="Times New Roman" w:eastAsia="Times New Roman"/>
          <w:sz w:val="24"/>
        </w:rPr>
        <w:t>Теперь пришло время учиться иначе.</w:t>
      </w:r>
    </w:p>
    <w:p>
      <w:pPr>
        <w:keepLines w:val="0"/>
        <w:jc w:val="left"/>
      </w:pPr>
      <w:r>
        <w:rPr>
          <w:rFonts w:ascii="Times New Roman" w:hAnsi="Times New Roman" w:eastAsia="Times New Roman"/>
          <w:sz w:val="24"/>
        </w:rPr>
        <w:t>«Позволь жизни учить тебя красиво».</w:t>
      </w:r>
    </w:p>
    <w:p>
      <w:pPr>
        <w:keepLines w:val="0"/>
        <w:jc w:val="left"/>
      </w:pPr>
      <w:r>
        <w:rPr>
          <w:rFonts w:ascii="Times New Roman" w:hAnsi="Times New Roman" w:eastAsia="Times New Roman"/>
          <w:sz w:val="24"/>
        </w:rPr>
        <w:t>И тогда появилась пустая чаша.</w:t>
      </w:r>
    </w:p>
    <w:p>
      <w:pPr>
        <w:keepLines w:val="0"/>
        <w:jc w:val="both"/>
      </w:pPr>
      <w:r>
        <w:rPr>
          <w:rFonts w:ascii="Times New Roman" w:hAnsi="Times New Roman" w:eastAsia="Times New Roman"/>
          <w:sz w:val="24"/>
        </w:rPr>
        <w:t>Сначала я думал, что должен опустошить её от печали и наполнить счастьем.</w:t>
      </w:r>
    </w:p>
    <w:p>
      <w:pPr>
        <w:keepLines w:val="0"/>
        <w:jc w:val="left"/>
      </w:pPr>
      <w:r>
        <w:rPr>
          <w:rFonts w:ascii="Times New Roman" w:hAnsi="Times New Roman" w:eastAsia="Times New Roman"/>
          <w:sz w:val="24"/>
        </w:rPr>
        <w:t>Но сразу пришло другое понимание.</w:t>
      </w:r>
    </w:p>
    <w:p>
      <w:pPr>
        <w:keepLines w:val="0"/>
        <w:jc w:val="left"/>
      </w:pPr>
      <w:r>
        <w:rPr>
          <w:rFonts w:ascii="Times New Roman" w:hAnsi="Times New Roman" w:eastAsia="Times New Roman"/>
          <w:sz w:val="24"/>
        </w:rPr>
        <w:t>Я был и тем, и другим.</w:t>
      </w:r>
    </w:p>
    <w:p>
      <w:pPr>
        <w:keepLines w:val="0"/>
        <w:jc w:val="left"/>
      </w:pPr>
      <w:r>
        <w:rPr>
          <w:rFonts w:ascii="Times New Roman" w:hAnsi="Times New Roman" w:eastAsia="Times New Roman"/>
          <w:sz w:val="24"/>
        </w:rPr>
        <w:t>Счастьем и печалью.</w:t>
      </w:r>
    </w:p>
    <w:p>
      <w:pPr>
        <w:keepLines w:val="0"/>
        <w:jc w:val="left"/>
      </w:pPr>
      <w:r>
        <w:rPr>
          <w:rFonts w:ascii="Times New Roman" w:hAnsi="Times New Roman" w:eastAsia="Times New Roman"/>
          <w:sz w:val="24"/>
        </w:rPr>
        <w:t>Полным и пустым.</w:t>
      </w:r>
    </w:p>
    <w:p>
      <w:pPr>
        <w:keepLines w:val="0"/>
        <w:jc w:val="left"/>
      </w:pPr>
      <w:r>
        <w:rPr>
          <w:rFonts w:ascii="Times New Roman" w:hAnsi="Times New Roman" w:eastAsia="Times New Roman"/>
          <w:sz w:val="24"/>
        </w:rPr>
        <w:t>А затем:</w:t>
      </w:r>
    </w:p>
    <w:p>
      <w:pPr>
        <w:keepLines w:val="0"/>
        <w:jc w:val="left"/>
      </w:pPr>
      <w:r>
        <w:rPr>
          <w:rFonts w:ascii="Times New Roman" w:hAnsi="Times New Roman" w:eastAsia="Times New Roman"/>
          <w:sz w:val="24"/>
        </w:rPr>
        <w:t>«Чаши нет».</w:t>
      </w:r>
    </w:p>
    <w:p>
      <w:pPr>
        <w:keepLines w:val="0"/>
        <w:jc w:val="left"/>
      </w:pPr>
      <w:r>
        <w:rPr>
          <w:rFonts w:ascii="Times New Roman" w:hAnsi="Times New Roman" w:eastAsia="Times New Roman"/>
          <w:sz w:val="24"/>
        </w:rPr>
        <w:t>Нечего было наполнять.</w:t>
      </w:r>
    </w:p>
    <w:p>
      <w:pPr>
        <w:keepLines w:val="0"/>
        <w:jc w:val="left"/>
      </w:pPr>
      <w:r>
        <w:rPr>
          <w:rFonts w:ascii="Times New Roman" w:hAnsi="Times New Roman" w:eastAsia="Times New Roman"/>
          <w:sz w:val="24"/>
        </w:rPr>
        <w:t>Нечего было опустошать.</w:t>
      </w:r>
    </w:p>
    <w:p>
      <w:pPr>
        <w:keepLines w:val="0"/>
        <w:jc w:val="left"/>
      </w:pPr>
      <w:r>
        <w:rPr>
          <w:rFonts w:ascii="Times New Roman" w:hAnsi="Times New Roman" w:eastAsia="Times New Roman"/>
          <w:sz w:val="24"/>
        </w:rPr>
        <w:t>«Я одновременно всё и ничто. Я — пустота».</w:t>
      </w:r>
    </w:p>
    <w:p>
      <w:pPr>
        <w:keepLines w:val="0"/>
        <w:jc w:val="both"/>
      </w:pPr>
      <w:r>
        <w:rPr>
          <w:rFonts w:ascii="Times New Roman" w:hAnsi="Times New Roman" w:eastAsia="Times New Roman"/>
          <w:sz w:val="24"/>
        </w:rPr>
        <w:t>Задача больше не состояла в том, чтобы создать идеальное состояние.</w:t>
      </w:r>
    </w:p>
    <w:p>
      <w:pPr>
        <w:keepLines w:val="0"/>
        <w:jc w:val="left"/>
      </w:pPr>
      <w:r>
        <w:rPr>
          <w:rFonts w:ascii="Times New Roman" w:hAnsi="Times New Roman" w:eastAsia="Times New Roman"/>
          <w:sz w:val="24"/>
        </w:rPr>
        <w:t>Нужно было наблюдать фильм.</w:t>
      </w:r>
    </w:p>
    <w:p>
      <w:pPr>
        <w:keepLines w:val="0"/>
        <w:jc w:val="left"/>
      </w:pPr>
      <w:r>
        <w:rPr>
          <w:rFonts w:ascii="Times New Roman" w:hAnsi="Times New Roman" w:eastAsia="Times New Roman"/>
          <w:sz w:val="24"/>
        </w:rPr>
        <w:t>Видеть.</w:t>
      </w:r>
    </w:p>
    <w:p>
      <w:pPr>
        <w:keepLines w:val="0"/>
        <w:jc w:val="left"/>
      </w:pPr>
      <w:r>
        <w:rPr>
          <w:rFonts w:ascii="Times New Roman" w:hAnsi="Times New Roman" w:eastAsia="Times New Roman"/>
          <w:sz w:val="24"/>
        </w:rPr>
        <w:t>Учиться.</w:t>
      </w:r>
    </w:p>
    <w:p>
      <w:pPr>
        <w:keepLines w:val="0"/>
        <w:jc w:val="both"/>
      </w:pPr>
      <w:r>
        <w:rPr>
          <w:rFonts w:ascii="Times New Roman" w:hAnsi="Times New Roman" w:eastAsia="Times New Roman"/>
          <w:sz w:val="24"/>
        </w:rPr>
        <w:t>Распознавать место, из которого я на него смотрю.</w:t>
      </w:r>
    </w:p>
    <w:p>
      <w:pPr>
        <w:keepLines w:val="0"/>
        <w:jc w:val="left"/>
      </w:pPr>
      <w:r>
        <w:rPr>
          <w:rFonts w:ascii="Times New Roman" w:hAnsi="Times New Roman" w:eastAsia="Times New Roman"/>
          <w:sz w:val="24"/>
        </w:rPr>
        <w:t>Поиск начал радикально меняться.</w:t>
      </w:r>
    </w:p>
    <w:p>
      <w:pPr>
        <w:keepLines w:val="0"/>
        <w:jc w:val="left"/>
      </w:pPr>
      <w:r>
        <w:rPr>
          <w:rFonts w:ascii="Times New Roman" w:hAnsi="Times New Roman" w:eastAsia="Times New Roman"/>
          <w:sz w:val="24"/>
        </w:rPr>
        <w:t>Долгое время я спрашивал:</w:t>
      </w:r>
    </w:p>
    <w:p>
      <w:pPr>
        <w:keepLines w:val="0"/>
        <w:jc w:val="left"/>
      </w:pPr>
      <w:r>
        <w:rPr>
          <w:rFonts w:ascii="Times New Roman" w:hAnsi="Times New Roman" w:eastAsia="Times New Roman"/>
          <w:sz w:val="24"/>
        </w:rPr>
        <w:t>Как мне туда попасть?</w:t>
      </w:r>
    </w:p>
    <w:p>
      <w:pPr>
        <w:keepLines w:val="0"/>
        <w:jc w:val="left"/>
      </w:pPr>
      <w:r>
        <w:rPr>
          <w:rFonts w:ascii="Times New Roman" w:hAnsi="Times New Roman" w:eastAsia="Times New Roman"/>
          <w:sz w:val="24"/>
        </w:rPr>
        <w:t>Теперь вопрос становился другим:</w:t>
      </w:r>
    </w:p>
    <w:p>
      <w:pPr>
        <w:keepLines w:val="0"/>
        <w:jc w:val="left"/>
      </w:pPr>
      <w:r>
        <w:rPr>
          <w:rFonts w:ascii="Times New Roman" w:hAnsi="Times New Roman" w:eastAsia="Times New Roman"/>
          <w:sz w:val="24"/>
        </w:rPr>
        <w:t>Могу ли я просто видеть?</w:t>
      </w:r>
    </w:p>
    <w:p>
      <w:pPr>
        <w:keepLines w:val="0"/>
        <w:jc w:val="left"/>
      </w:pPr>
      <w:r>
        <w:rPr>
          <w:rFonts w:ascii="Times New Roman" w:hAnsi="Times New Roman" w:eastAsia="Times New Roman"/>
          <w:sz w:val="24"/>
        </w:rPr>
        <w:t>Затем возник ещё один неудобный вопрос.</w:t>
      </w:r>
    </w:p>
    <w:p>
      <w:pPr>
        <w:keepLines w:val="0"/>
        <w:jc w:val="left"/>
      </w:pPr>
      <w:r>
        <w:rPr>
          <w:rFonts w:ascii="Times New Roman" w:hAnsi="Times New Roman" w:eastAsia="Times New Roman"/>
          <w:sz w:val="24"/>
        </w:rPr>
        <w:t>Сколько слоёв нужно снять?</w:t>
      </w:r>
    </w:p>
    <w:p>
      <w:pPr>
        <w:keepLines w:val="0"/>
        <w:jc w:val="left"/>
      </w:pPr>
      <w:r>
        <w:rPr>
          <w:rFonts w:ascii="Times New Roman" w:hAnsi="Times New Roman" w:eastAsia="Times New Roman"/>
          <w:sz w:val="24"/>
        </w:rPr>
        <w:t>Всегда мог появиться ещё один.</w:t>
      </w:r>
    </w:p>
    <w:p>
      <w:pPr>
        <w:keepLines w:val="0"/>
        <w:jc w:val="left"/>
      </w:pPr>
      <w:r>
        <w:rPr>
          <w:rFonts w:ascii="Times New Roman" w:hAnsi="Times New Roman" w:eastAsia="Times New Roman"/>
          <w:sz w:val="24"/>
        </w:rPr>
        <w:t>Ещё одна рана.</w:t>
      </w:r>
    </w:p>
    <w:p>
      <w:pPr>
        <w:keepLines w:val="0"/>
        <w:jc w:val="left"/>
      </w:pPr>
      <w:r>
        <w:rPr>
          <w:rFonts w:ascii="Times New Roman" w:hAnsi="Times New Roman" w:eastAsia="Times New Roman"/>
          <w:sz w:val="24"/>
        </w:rPr>
        <w:t>Ещё одно несовершенство.</w:t>
      </w:r>
    </w:p>
    <w:p>
      <w:pPr>
        <w:keepLines w:val="0"/>
        <w:jc w:val="left"/>
      </w:pPr>
      <w:r>
        <w:rPr>
          <w:rFonts w:ascii="Times New Roman" w:hAnsi="Times New Roman" w:eastAsia="Times New Roman"/>
          <w:sz w:val="24"/>
        </w:rPr>
        <w:t>Ещё один слой эго.</w:t>
      </w:r>
    </w:p>
    <w:p>
      <w:pPr>
        <w:keepLines w:val="0"/>
        <w:jc w:val="left"/>
      </w:pPr>
      <w:r>
        <w:rPr>
          <w:rFonts w:ascii="Times New Roman" w:hAnsi="Times New Roman" w:eastAsia="Times New Roman"/>
          <w:sz w:val="24"/>
        </w:rPr>
        <w:t>Ещё одна форма чистоты.</w:t>
      </w:r>
    </w:p>
    <w:p>
      <w:pPr>
        <w:keepLines w:val="0"/>
        <w:jc w:val="left"/>
      </w:pPr>
      <w:r>
        <w:rPr>
          <w:rFonts w:ascii="Times New Roman" w:hAnsi="Times New Roman" w:eastAsia="Times New Roman"/>
          <w:sz w:val="24"/>
        </w:rPr>
        <w:t>Ещё одно откровение.</w:t>
      </w:r>
    </w:p>
    <w:p>
      <w:pPr>
        <w:keepLines w:val="0"/>
        <w:jc w:val="both"/>
      </w:pPr>
      <w:r>
        <w:rPr>
          <w:rFonts w:ascii="Times New Roman" w:hAnsi="Times New Roman" w:eastAsia="Times New Roman"/>
          <w:sz w:val="24"/>
        </w:rPr>
        <w:t>Если процесс бесконечен, когда же мне будет позволено быть в порядке?</w:t>
      </w:r>
    </w:p>
    <w:p>
      <w:pPr>
        <w:keepLines w:val="0"/>
        <w:jc w:val="left"/>
      </w:pPr>
      <w:r>
        <w:rPr>
          <w:rFonts w:ascii="Times New Roman" w:hAnsi="Times New Roman" w:eastAsia="Times New Roman"/>
          <w:sz w:val="24"/>
        </w:rPr>
        <w:t>Ответ начал проявляться:</w:t>
      </w:r>
    </w:p>
    <w:p>
      <w:pPr>
        <w:keepLines w:val="0"/>
        <w:jc w:val="left"/>
      </w:pPr>
      <w:r>
        <w:rPr>
          <w:rFonts w:ascii="Times New Roman" w:hAnsi="Times New Roman" w:eastAsia="Times New Roman"/>
          <w:sz w:val="24"/>
        </w:rPr>
        <w:t>Сейчас.</w:t>
      </w:r>
    </w:p>
    <w:p>
      <w:pPr>
        <w:keepLines w:val="0"/>
        <w:jc w:val="both"/>
      </w:pPr>
      <w:r>
        <w:rPr>
          <w:rFonts w:ascii="Times New Roman" w:hAnsi="Times New Roman" w:eastAsia="Times New Roman"/>
          <w:sz w:val="24"/>
        </w:rPr>
        <w:t>«Принять себя таким, какой я есть сейчас, — единственное, что я могу сделать прямо сейчас».</w:t>
      </w:r>
    </w:p>
    <w:p>
      <w:pPr>
        <w:keepLines w:val="0"/>
        <w:jc w:val="both"/>
      </w:pPr>
      <w:r>
        <w:rPr>
          <w:rFonts w:ascii="Times New Roman" w:hAnsi="Times New Roman" w:eastAsia="Times New Roman"/>
          <w:sz w:val="24"/>
        </w:rPr>
        <w:t>Возможно, абсолютная чистота была ещё одной версией «следующего уровня».</w:t>
      </w:r>
    </w:p>
    <w:p>
      <w:pPr>
        <w:keepLines w:val="0"/>
        <w:jc w:val="left"/>
      </w:pPr>
      <w:r>
        <w:rPr>
          <w:rFonts w:ascii="Times New Roman" w:hAnsi="Times New Roman" w:eastAsia="Times New Roman"/>
          <w:sz w:val="24"/>
        </w:rPr>
        <w:t>Ещё одной лестницей.</w:t>
      </w:r>
    </w:p>
    <w:p>
      <w:pPr>
        <w:keepLines w:val="0"/>
        <w:jc w:val="both"/>
      </w:pPr>
      <w:r>
        <w:rPr>
          <w:rFonts w:ascii="Times New Roman" w:hAnsi="Times New Roman" w:eastAsia="Times New Roman"/>
          <w:sz w:val="24"/>
        </w:rPr>
        <w:t>Ещё одним обещанием, что наконец, после следующей работы над собой, следующей церемонии, следующего понимания, я заслужу право отдохнуть.</w:t>
      </w:r>
    </w:p>
    <w:p>
      <w:pPr>
        <w:keepLines w:val="0"/>
        <w:jc w:val="left"/>
      </w:pPr>
      <w:r>
        <w:rPr>
          <w:rFonts w:ascii="Times New Roman" w:hAnsi="Times New Roman" w:eastAsia="Times New Roman"/>
          <w:sz w:val="24"/>
        </w:rPr>
        <w:t>Но что, если мне не нужно ждать?</w:t>
      </w:r>
    </w:p>
    <w:p>
      <w:pPr>
        <w:keepLines w:val="0"/>
        <w:jc w:val="both"/>
      </w:pPr>
      <w:r>
        <w:rPr>
          <w:rFonts w:ascii="Times New Roman" w:hAnsi="Times New Roman" w:eastAsia="Times New Roman"/>
          <w:sz w:val="24"/>
        </w:rPr>
        <w:t>Тогда благодарность тоже приобрела другой смысл.</w:t>
      </w:r>
    </w:p>
    <w:p>
      <w:pPr>
        <w:keepLines w:val="0"/>
        <w:jc w:val="both"/>
      </w:pPr>
      <w:r>
        <w:rPr>
          <w:rFonts w:ascii="Times New Roman" w:hAnsi="Times New Roman" w:eastAsia="Times New Roman"/>
          <w:sz w:val="24"/>
        </w:rPr>
        <w:t>Это было не просто повторение слова «спасибо».</w:t>
      </w:r>
    </w:p>
    <w:p>
      <w:pPr>
        <w:keepLines w:val="0"/>
        <w:jc w:val="left"/>
      </w:pPr>
      <w:r>
        <w:rPr>
          <w:rFonts w:ascii="Times New Roman" w:hAnsi="Times New Roman" w:eastAsia="Times New Roman"/>
          <w:sz w:val="24"/>
        </w:rPr>
        <w:t>Это было глубокое узнавание:</w:t>
      </w:r>
    </w:p>
    <w:p>
      <w:pPr>
        <w:keepLines w:val="0"/>
        <w:jc w:val="left"/>
      </w:pPr>
      <w:r>
        <w:rPr>
          <w:rFonts w:ascii="Times New Roman" w:hAnsi="Times New Roman" w:eastAsia="Times New Roman"/>
          <w:sz w:val="24"/>
        </w:rPr>
        <w:t>У меня уже есть всё, что мне нужно.</w:t>
      </w:r>
    </w:p>
    <w:p>
      <w:pPr>
        <w:keepLines w:val="0"/>
        <w:jc w:val="both"/>
      </w:pPr>
      <w:r>
        <w:rPr>
          <w:rFonts w:ascii="Times New Roman" w:hAnsi="Times New Roman" w:eastAsia="Times New Roman"/>
          <w:sz w:val="24"/>
        </w:rPr>
        <w:t>И когда это стало реальным, желание гнаться начало уменьшаться.</w:t>
      </w:r>
    </w:p>
    <w:p>
      <w:pPr>
        <w:keepLines w:val="0"/>
        <w:jc w:val="left"/>
      </w:pPr>
      <w:r>
        <w:rPr>
          <w:rFonts w:ascii="Times New Roman" w:hAnsi="Times New Roman" w:eastAsia="Times New Roman"/>
          <w:sz w:val="24"/>
        </w:rPr>
        <w:t>За большим количеством вещей.</w:t>
      </w:r>
    </w:p>
    <w:p>
      <w:pPr>
        <w:keepLines w:val="0"/>
        <w:jc w:val="left"/>
      </w:pPr>
      <w:r>
        <w:rPr>
          <w:rFonts w:ascii="Times New Roman" w:hAnsi="Times New Roman" w:eastAsia="Times New Roman"/>
          <w:sz w:val="24"/>
        </w:rPr>
        <w:t>За большим количеством переживаний.</w:t>
      </w:r>
    </w:p>
    <w:p>
      <w:pPr>
        <w:keepLines w:val="0"/>
        <w:jc w:val="left"/>
      </w:pPr>
      <w:r>
        <w:rPr>
          <w:rFonts w:ascii="Times New Roman" w:hAnsi="Times New Roman" w:eastAsia="Times New Roman"/>
          <w:sz w:val="24"/>
        </w:rPr>
        <w:t>За большим количеством знаний.</w:t>
      </w:r>
    </w:p>
    <w:p>
      <w:pPr>
        <w:keepLines w:val="0"/>
        <w:jc w:val="left"/>
      </w:pPr>
      <w:r>
        <w:rPr>
          <w:rFonts w:ascii="Times New Roman" w:hAnsi="Times New Roman" w:eastAsia="Times New Roman"/>
          <w:sz w:val="24"/>
        </w:rPr>
        <w:t>За большим признанием.</w:t>
      </w:r>
    </w:p>
    <w:p>
      <w:pPr>
        <w:keepLines w:val="0"/>
        <w:jc w:val="left"/>
      </w:pPr>
      <w:r>
        <w:rPr>
          <w:rFonts w:ascii="Times New Roman" w:hAnsi="Times New Roman" w:eastAsia="Times New Roman"/>
          <w:sz w:val="24"/>
        </w:rPr>
        <w:t>Даже за большей духовностью.</w:t>
      </w:r>
    </w:p>
    <w:p>
      <w:pPr>
        <w:keepLines w:val="0"/>
        <w:jc w:val="both"/>
      </w:pPr>
      <w:r>
        <w:rPr>
          <w:rFonts w:ascii="Times New Roman" w:hAnsi="Times New Roman" w:eastAsia="Times New Roman"/>
          <w:sz w:val="24"/>
        </w:rPr>
        <w:t>И наконец появился вопрос, который был спрятан внутри самой первой фразы:</w:t>
      </w:r>
    </w:p>
    <w:p>
      <w:pPr>
        <w:keepLines w:val="0"/>
        <w:jc w:val="left"/>
      </w:pPr>
      <w:r>
        <w:rPr>
          <w:rFonts w:ascii="Times New Roman" w:hAnsi="Times New Roman" w:eastAsia="Times New Roman"/>
          <w:sz w:val="24"/>
        </w:rPr>
        <w:t>«Ты и я — это мы».</w:t>
      </w:r>
    </w:p>
    <w:p>
      <w:pPr>
        <w:keepLines w:val="0"/>
        <w:jc w:val="left"/>
      </w:pPr>
      <w:r>
        <w:rPr>
          <w:rFonts w:ascii="Times New Roman" w:hAnsi="Times New Roman" w:eastAsia="Times New Roman"/>
          <w:sz w:val="24"/>
        </w:rPr>
        <w:t>Но кто такой «я»?</w:t>
      </w:r>
    </w:p>
    <w:p>
      <w:pPr>
        <w:keepLines w:val="0"/>
        <w:jc w:val="both"/>
      </w:pPr>
      <w:r>
        <w:rPr>
          <w:rFonts w:ascii="Times New Roman" w:hAnsi="Times New Roman" w:eastAsia="Times New Roman"/>
          <w:sz w:val="24"/>
        </w:rPr>
        <w:t>Если мои мысли появляются и исчезают, разве они — это я?</w:t>
      </w:r>
    </w:p>
    <w:p>
      <w:pPr>
        <w:keepLines w:val="0"/>
        <w:jc w:val="left"/>
      </w:pPr>
      <w:r>
        <w:rPr>
          <w:rFonts w:ascii="Times New Roman" w:hAnsi="Times New Roman" w:eastAsia="Times New Roman"/>
          <w:sz w:val="24"/>
        </w:rPr>
        <w:t>Если моё тело меняется, разве оно — это я?</w:t>
      </w:r>
    </w:p>
    <w:p>
      <w:pPr>
        <w:keepLines w:val="0"/>
        <w:jc w:val="left"/>
      </w:pPr>
      <w:r>
        <w:rPr>
          <w:rFonts w:ascii="Times New Roman" w:hAnsi="Times New Roman" w:eastAsia="Times New Roman"/>
          <w:sz w:val="24"/>
        </w:rPr>
        <w:t>Если мои эмоции меняются, разве они — это я?</w:t>
      </w:r>
    </w:p>
    <w:p>
      <w:pPr>
        <w:keepLines w:val="0"/>
        <w:jc w:val="both"/>
      </w:pPr>
      <w:r>
        <w:rPr>
          <w:rFonts w:ascii="Times New Roman" w:hAnsi="Times New Roman" w:eastAsia="Times New Roman"/>
          <w:sz w:val="24"/>
        </w:rPr>
        <w:t>Если то, что я называю своей личностью, можно наблюдать, тогда:</w:t>
      </w:r>
    </w:p>
    <w:p>
      <w:pPr>
        <w:keepLines w:val="0"/>
        <w:jc w:val="left"/>
      </w:pPr>
      <w:r>
        <w:rPr>
          <w:rFonts w:ascii="Times New Roman" w:hAnsi="Times New Roman" w:eastAsia="Times New Roman"/>
          <w:sz w:val="24"/>
        </w:rPr>
        <w:t>Кто наблюдает?</w:t>
      </w:r>
    </w:p>
    <w:p>
      <w:pPr>
        <w:keepLines w:val="0"/>
        <w:jc w:val="both"/>
      </w:pPr>
      <w:r>
        <w:rPr>
          <w:rFonts w:ascii="Times New Roman" w:hAnsi="Times New Roman" w:eastAsia="Times New Roman"/>
          <w:sz w:val="24"/>
        </w:rPr>
        <w:t>«Если меня не существует, тогда кто здесь медитирует? Кто здесь думает? Кто здесь осознаёт и пытается наблюдать самого себя?»</w:t>
      </w:r>
    </w:p>
    <w:p>
      <w:pPr>
        <w:keepLines w:val="0"/>
        <w:jc w:val="both"/>
      </w:pPr>
      <w:r>
        <w:rPr>
          <w:rFonts w:ascii="Times New Roman" w:hAnsi="Times New Roman" w:eastAsia="Times New Roman"/>
          <w:sz w:val="24"/>
        </w:rPr>
        <w:t>Впервые поиск дошёл до места, где никакой быстрый ответ уже не казался достаточным.</w:t>
      </w:r>
    </w:p>
    <w:p>
      <w:pPr>
        <w:keepLines w:val="0"/>
        <w:jc w:val="left"/>
      </w:pPr>
      <w:r>
        <w:rPr>
          <w:rFonts w:ascii="Times New Roman" w:hAnsi="Times New Roman" w:eastAsia="Times New Roman"/>
          <w:sz w:val="24"/>
        </w:rPr>
        <w:t>Даже слова:</w:t>
      </w:r>
    </w:p>
    <w:p>
      <w:pPr>
        <w:keepLines w:val="0"/>
        <w:jc w:val="left"/>
      </w:pPr>
      <w:r>
        <w:rPr>
          <w:rFonts w:ascii="Times New Roman" w:hAnsi="Times New Roman" w:eastAsia="Times New Roman"/>
          <w:sz w:val="24"/>
        </w:rPr>
        <w:t>«Я — Божественный дух»</w:t>
      </w:r>
    </w:p>
    <w:p>
      <w:pPr>
        <w:keepLines w:val="0"/>
        <w:jc w:val="both"/>
      </w:pPr>
      <w:r>
        <w:rPr>
          <w:rFonts w:ascii="Times New Roman" w:hAnsi="Times New Roman" w:eastAsia="Times New Roman"/>
          <w:sz w:val="24"/>
        </w:rPr>
        <w:t>могли стать ещё одной личностью, за которую я цеплялся бы.</w:t>
      </w:r>
    </w:p>
    <w:p>
      <w:pPr>
        <w:keepLines w:val="0"/>
        <w:jc w:val="both"/>
      </w:pPr>
      <w:r>
        <w:rPr>
          <w:rFonts w:ascii="Times New Roman" w:hAnsi="Times New Roman" w:eastAsia="Times New Roman"/>
          <w:sz w:val="24"/>
        </w:rPr>
        <w:t>Возможно, и это утверждение следовало просто наблюдать.</w:t>
      </w:r>
    </w:p>
    <w:p>
      <w:pPr>
        <w:keepLines w:val="0"/>
        <w:jc w:val="both"/>
      </w:pPr>
      <w:r>
        <w:rPr>
          <w:rFonts w:ascii="Times New Roman" w:hAnsi="Times New Roman" w:eastAsia="Times New Roman"/>
          <w:sz w:val="24"/>
        </w:rPr>
        <w:t>Возможно, даже мысль «Я — Вселенная» в конце концов нужно было отпустить.</w:t>
      </w:r>
    </w:p>
    <w:p>
      <w:pPr>
        <w:keepLines w:val="0"/>
        <w:jc w:val="both"/>
      </w:pPr>
      <w:r>
        <w:rPr>
          <w:rFonts w:ascii="Times New Roman" w:hAnsi="Times New Roman" w:eastAsia="Times New Roman"/>
          <w:sz w:val="24"/>
        </w:rPr>
        <w:t>И тогда слово, присутствовавшее почти с самого начала, обрело новую глубину:</w:t>
      </w:r>
    </w:p>
    <w:p>
      <w:pPr>
        <w:keepLines w:val="0"/>
        <w:jc w:val="left"/>
      </w:pPr>
      <w:r>
        <w:rPr>
          <w:rFonts w:ascii="Times New Roman" w:hAnsi="Times New Roman" w:eastAsia="Times New Roman"/>
          <w:sz w:val="24"/>
        </w:rPr>
        <w:t>Наблюдение.</w:t>
      </w:r>
    </w:p>
    <w:p>
      <w:pPr>
        <w:keepLines w:val="0"/>
        <w:jc w:val="both"/>
      </w:pPr>
      <w:r>
        <w:rPr>
          <w:rFonts w:ascii="Times New Roman" w:hAnsi="Times New Roman" w:eastAsia="Times New Roman"/>
          <w:sz w:val="24"/>
        </w:rPr>
        <w:t>Я начал понимать связь между уважением, состраданием и наблюдением.</w:t>
      </w:r>
    </w:p>
    <w:p>
      <w:pPr>
        <w:keepLines w:val="0"/>
        <w:jc w:val="both"/>
      </w:pPr>
      <w:r>
        <w:rPr>
          <w:rFonts w:ascii="Times New Roman" w:hAnsi="Times New Roman" w:eastAsia="Times New Roman"/>
          <w:sz w:val="24"/>
        </w:rPr>
        <w:t>Уметь смотреть на каждого человека на его пути, не вмешиваясь.</w:t>
      </w:r>
    </w:p>
    <w:p>
      <w:pPr>
        <w:keepLines w:val="0"/>
        <w:jc w:val="left"/>
      </w:pPr>
      <w:r>
        <w:rPr>
          <w:rFonts w:ascii="Times New Roman" w:hAnsi="Times New Roman" w:eastAsia="Times New Roman"/>
          <w:sz w:val="24"/>
        </w:rPr>
        <w:t>Находить красоту, не пытаясь ею владеть.</w:t>
      </w:r>
    </w:p>
    <w:p>
      <w:pPr>
        <w:keepLines w:val="0"/>
        <w:jc w:val="left"/>
      </w:pPr>
      <w:r>
        <w:rPr>
          <w:rFonts w:ascii="Times New Roman" w:hAnsi="Times New Roman" w:eastAsia="Times New Roman"/>
          <w:sz w:val="24"/>
        </w:rPr>
        <w:t>Видеть ошибки, не превращая их в осуждение.</w:t>
      </w:r>
    </w:p>
    <w:p>
      <w:pPr>
        <w:keepLines w:val="0"/>
        <w:jc w:val="both"/>
      </w:pPr>
      <w:r>
        <w:rPr>
          <w:rFonts w:ascii="Times New Roman" w:hAnsi="Times New Roman" w:eastAsia="Times New Roman"/>
          <w:sz w:val="24"/>
        </w:rPr>
        <w:t>И появился сильный образ: тёмный слой, закрывающий свет, то раскрывающийся, то снова смыкающийся.</w:t>
      </w:r>
    </w:p>
    <w:p>
      <w:pPr>
        <w:keepLines w:val="0"/>
        <w:jc w:val="left"/>
      </w:pPr>
      <w:r>
        <w:rPr>
          <w:rFonts w:ascii="Times New Roman" w:hAnsi="Times New Roman" w:eastAsia="Times New Roman"/>
          <w:sz w:val="24"/>
        </w:rPr>
        <w:t>Я истолковал его как эго.</w:t>
      </w:r>
    </w:p>
    <w:p>
      <w:pPr>
        <w:keepLines w:val="0"/>
        <w:jc w:val="both"/>
      </w:pPr>
      <w:r>
        <w:rPr>
          <w:rFonts w:ascii="Times New Roman" w:hAnsi="Times New Roman" w:eastAsia="Times New Roman"/>
          <w:sz w:val="24"/>
        </w:rPr>
        <w:t>Раньше мне хотелось бы сорвать этот слой полностью.</w:t>
      </w:r>
    </w:p>
    <w:p>
      <w:pPr>
        <w:keepLines w:val="0"/>
        <w:jc w:val="left"/>
      </w:pPr>
      <w:r>
        <w:rPr>
          <w:rFonts w:ascii="Times New Roman" w:hAnsi="Times New Roman" w:eastAsia="Times New Roman"/>
          <w:sz w:val="24"/>
        </w:rPr>
        <w:t>Теперь пришло другое понимание.</w:t>
      </w:r>
    </w:p>
    <w:p>
      <w:pPr>
        <w:keepLines w:val="0"/>
        <w:jc w:val="both"/>
      </w:pPr>
      <w:r>
        <w:rPr>
          <w:rFonts w:ascii="Times New Roman" w:hAnsi="Times New Roman" w:eastAsia="Times New Roman"/>
          <w:sz w:val="24"/>
        </w:rPr>
        <w:t>Возможно, у эго тоже бесконечное количество слоёв.</w:t>
      </w:r>
    </w:p>
    <w:p>
      <w:pPr>
        <w:keepLines w:val="0"/>
        <w:jc w:val="both"/>
      </w:pPr>
      <w:r>
        <w:rPr>
          <w:rFonts w:ascii="Times New Roman" w:hAnsi="Times New Roman" w:eastAsia="Times New Roman"/>
          <w:sz w:val="24"/>
        </w:rPr>
        <w:t>Возможно, полностью уничтожить его — ещё одна невозможная задача.</w:t>
      </w:r>
    </w:p>
    <w:p>
      <w:pPr>
        <w:keepLines w:val="0"/>
        <w:jc w:val="both"/>
      </w:pPr>
      <w:r>
        <w:rPr>
          <w:rFonts w:ascii="Times New Roman" w:hAnsi="Times New Roman" w:eastAsia="Times New Roman"/>
          <w:sz w:val="24"/>
        </w:rPr>
        <w:t>И тогда возникло то, что в начале пути мне было бы трудно принять:</w:t>
      </w:r>
    </w:p>
    <w:p>
      <w:pPr>
        <w:keepLines w:val="0"/>
        <w:jc w:val="left"/>
      </w:pPr>
      <w:r>
        <w:rPr>
          <w:rFonts w:ascii="Times New Roman" w:hAnsi="Times New Roman" w:eastAsia="Times New Roman"/>
          <w:sz w:val="24"/>
        </w:rPr>
        <w:t>Мне не нужно быть абсолютно чистым.</w:t>
      </w:r>
    </w:p>
    <w:p>
      <w:pPr>
        <w:keepLines w:val="0"/>
        <w:jc w:val="left"/>
      </w:pPr>
      <w:r>
        <w:rPr>
          <w:rFonts w:ascii="Times New Roman" w:hAnsi="Times New Roman" w:eastAsia="Times New Roman"/>
          <w:sz w:val="24"/>
        </w:rPr>
        <w:t>Я буду ошибаться.</w:t>
      </w:r>
    </w:p>
    <w:p>
      <w:pPr>
        <w:keepLines w:val="0"/>
        <w:jc w:val="left"/>
      </w:pPr>
      <w:r>
        <w:rPr>
          <w:rFonts w:ascii="Times New Roman" w:hAnsi="Times New Roman" w:eastAsia="Times New Roman"/>
          <w:sz w:val="24"/>
        </w:rPr>
        <w:t>Я буду осуждать.</w:t>
      </w:r>
    </w:p>
    <w:p>
      <w:pPr>
        <w:keepLines w:val="0"/>
        <w:jc w:val="left"/>
      </w:pPr>
      <w:r>
        <w:rPr>
          <w:rFonts w:ascii="Times New Roman" w:hAnsi="Times New Roman" w:eastAsia="Times New Roman"/>
          <w:sz w:val="24"/>
        </w:rPr>
        <w:t>Я буду реагировать.</w:t>
      </w:r>
    </w:p>
    <w:p>
      <w:pPr>
        <w:keepLines w:val="0"/>
        <w:jc w:val="left"/>
      </w:pPr>
      <w:r>
        <w:rPr>
          <w:rFonts w:ascii="Times New Roman" w:hAnsi="Times New Roman" w:eastAsia="Times New Roman"/>
          <w:sz w:val="24"/>
        </w:rPr>
        <w:t>Я снова буду падать в старые шаблоны.</w:t>
      </w:r>
    </w:p>
    <w:p>
      <w:pPr>
        <w:keepLines w:val="0"/>
        <w:jc w:val="both"/>
      </w:pPr>
      <w:r>
        <w:rPr>
          <w:rFonts w:ascii="Times New Roman" w:hAnsi="Times New Roman" w:eastAsia="Times New Roman"/>
          <w:sz w:val="24"/>
        </w:rPr>
        <w:t>И когда это случится, там тоже может быть сострадание.</w:t>
      </w:r>
    </w:p>
    <w:p>
      <w:pPr>
        <w:keepLines w:val="0"/>
        <w:jc w:val="both"/>
      </w:pPr>
      <w:r>
        <w:rPr>
          <w:rFonts w:ascii="Times New Roman" w:hAnsi="Times New Roman" w:eastAsia="Times New Roman"/>
          <w:sz w:val="24"/>
        </w:rPr>
        <w:t>Мне не нужно страдать из-за собственного незнания.</w:t>
      </w:r>
    </w:p>
    <w:p>
      <w:pPr>
        <w:keepLines w:val="0"/>
        <w:jc w:val="left"/>
      </w:pPr>
      <w:r>
        <w:rPr>
          <w:rFonts w:ascii="Times New Roman" w:hAnsi="Times New Roman" w:eastAsia="Times New Roman"/>
          <w:sz w:val="24"/>
        </w:rPr>
        <w:t>Я могу это увидеть.</w:t>
      </w:r>
    </w:p>
    <w:p>
      <w:pPr>
        <w:keepLines w:val="0"/>
        <w:jc w:val="left"/>
      </w:pPr>
      <w:r>
        <w:rPr>
          <w:rFonts w:ascii="Times New Roman" w:hAnsi="Times New Roman" w:eastAsia="Times New Roman"/>
          <w:sz w:val="24"/>
        </w:rPr>
        <w:t>Научиться.</w:t>
      </w:r>
    </w:p>
    <w:p>
      <w:pPr>
        <w:keepLines w:val="0"/>
        <w:jc w:val="left"/>
      </w:pPr>
      <w:r>
        <w:rPr>
          <w:rFonts w:ascii="Times New Roman" w:hAnsi="Times New Roman" w:eastAsia="Times New Roman"/>
          <w:sz w:val="24"/>
        </w:rPr>
        <w:t>И продолжить.</w:t>
      </w:r>
    </w:p>
    <w:p>
      <w:pPr>
        <w:keepLines w:val="0"/>
        <w:jc w:val="left"/>
      </w:pPr>
      <w:r>
        <w:rPr>
          <w:rFonts w:ascii="Times New Roman" w:hAnsi="Times New Roman" w:eastAsia="Times New Roman"/>
          <w:sz w:val="24"/>
        </w:rPr>
        <w:t>Затем пришло ещё одно слово:</w:t>
      </w:r>
    </w:p>
    <w:p>
      <w:pPr>
        <w:keepLines w:val="0"/>
        <w:jc w:val="left"/>
      </w:pPr>
      <w:r>
        <w:rPr>
          <w:rFonts w:ascii="Times New Roman" w:hAnsi="Times New Roman" w:eastAsia="Times New Roman"/>
          <w:sz w:val="24"/>
        </w:rPr>
        <w:t>Умеренность.</w:t>
      </w:r>
    </w:p>
    <w:p>
      <w:pPr>
        <w:keepLines w:val="0"/>
        <w:jc w:val="both"/>
      </w:pPr>
      <w:r>
        <w:rPr>
          <w:rFonts w:ascii="Times New Roman" w:hAnsi="Times New Roman" w:eastAsia="Times New Roman"/>
          <w:sz w:val="24"/>
        </w:rPr>
        <w:t>«Больше» больше не обязательно означало «глубже».</w:t>
      </w:r>
    </w:p>
    <w:p>
      <w:pPr>
        <w:keepLines w:val="0"/>
        <w:jc w:val="both"/>
      </w:pPr>
      <w:r>
        <w:rPr>
          <w:rFonts w:ascii="Times New Roman" w:hAnsi="Times New Roman" w:eastAsia="Times New Roman"/>
          <w:sz w:val="24"/>
        </w:rPr>
        <w:t>Слишком большая интенсивность могла мешать мне по-настоящему переживать.</w:t>
      </w:r>
    </w:p>
    <w:p>
      <w:pPr>
        <w:keepLines w:val="0"/>
        <w:jc w:val="both"/>
      </w:pPr>
      <w:r>
        <w:rPr>
          <w:rFonts w:ascii="Times New Roman" w:hAnsi="Times New Roman" w:eastAsia="Times New Roman"/>
          <w:sz w:val="24"/>
        </w:rPr>
        <w:t>Слишком большое количество знаний могло превратиться в лабиринт.</w:t>
      </w:r>
    </w:p>
    <w:p>
      <w:pPr>
        <w:keepLines w:val="0"/>
        <w:jc w:val="both"/>
      </w:pPr>
      <w:r>
        <w:rPr>
          <w:rFonts w:ascii="Times New Roman" w:hAnsi="Times New Roman" w:eastAsia="Times New Roman"/>
          <w:sz w:val="24"/>
        </w:rPr>
        <w:t>Слишком много поиска могло питать ту самую жажду, которую я пытался утолить.</w:t>
      </w:r>
    </w:p>
    <w:p>
      <w:pPr>
        <w:keepLines w:val="0"/>
        <w:jc w:val="both"/>
      </w:pPr>
      <w:r>
        <w:rPr>
          <w:rFonts w:ascii="Times New Roman" w:hAnsi="Times New Roman" w:eastAsia="Times New Roman"/>
          <w:sz w:val="24"/>
        </w:rPr>
        <w:t>И тогда появилась фраза, совершенно непохожая на то время, когда я чувствовал усталость и хотел вернуться к Божественному:</w:t>
      </w:r>
    </w:p>
    <w:p>
      <w:pPr>
        <w:keepLines w:val="0"/>
        <w:jc w:val="left"/>
      </w:pPr>
      <w:r>
        <w:rPr>
          <w:rFonts w:ascii="Times New Roman" w:hAnsi="Times New Roman" w:eastAsia="Times New Roman"/>
          <w:sz w:val="24"/>
        </w:rPr>
        <w:t>«Я хочу жить».</w:t>
      </w:r>
    </w:p>
    <w:p>
      <w:pPr>
        <w:keepLines w:val="0"/>
        <w:jc w:val="left"/>
      </w:pPr>
      <w:r>
        <w:rPr>
          <w:rFonts w:ascii="Times New Roman" w:hAnsi="Times New Roman" w:eastAsia="Times New Roman"/>
          <w:sz w:val="24"/>
        </w:rPr>
        <w:t>Я хочу жить.</w:t>
      </w:r>
    </w:p>
    <w:p>
      <w:pPr>
        <w:keepLines w:val="0"/>
        <w:jc w:val="left"/>
      </w:pPr>
      <w:r>
        <w:rPr>
          <w:rFonts w:ascii="Times New Roman" w:hAnsi="Times New Roman" w:eastAsia="Times New Roman"/>
          <w:sz w:val="24"/>
        </w:rPr>
        <w:t>Я хочу переживать это существование.</w:t>
      </w:r>
    </w:p>
    <w:p>
      <w:pPr>
        <w:keepLines w:val="0"/>
        <w:jc w:val="both"/>
      </w:pPr>
      <w:r>
        <w:rPr>
          <w:rFonts w:ascii="Times New Roman" w:hAnsi="Times New Roman" w:eastAsia="Times New Roman"/>
          <w:sz w:val="24"/>
        </w:rPr>
        <w:t>«Быть здесь — привилегия, и я собираюсь наслаждаться этим настолько, насколько смогу».</w:t>
      </w:r>
    </w:p>
    <w:p>
      <w:pPr>
        <w:keepLines w:val="0"/>
        <w:jc w:val="both"/>
      </w:pPr>
      <w:r>
        <w:rPr>
          <w:rFonts w:ascii="Times New Roman" w:hAnsi="Times New Roman" w:eastAsia="Times New Roman"/>
          <w:sz w:val="24"/>
        </w:rPr>
        <w:t>Возможно, это было одним из важнейших преобразований всего пути.</w:t>
      </w:r>
    </w:p>
    <w:p>
      <w:pPr>
        <w:keepLines w:val="0"/>
        <w:jc w:val="both"/>
      </w:pPr>
      <w:r>
        <w:rPr>
          <w:rFonts w:ascii="Times New Roman" w:hAnsi="Times New Roman" w:eastAsia="Times New Roman"/>
          <w:sz w:val="24"/>
        </w:rPr>
        <w:t>Божественное больше не противопоставлялось этой жизни.</w:t>
      </w:r>
    </w:p>
    <w:p>
      <w:pPr>
        <w:keepLines w:val="0"/>
        <w:jc w:val="both"/>
      </w:pPr>
      <w:r>
        <w:rPr>
          <w:rFonts w:ascii="Times New Roman" w:hAnsi="Times New Roman" w:eastAsia="Times New Roman"/>
          <w:sz w:val="24"/>
        </w:rPr>
        <w:t>Мне не нужно было покидать этот мир, чтобы найти его.</w:t>
      </w:r>
    </w:p>
    <w:p>
      <w:pPr>
        <w:keepLines w:val="0"/>
        <w:jc w:val="both"/>
      </w:pPr>
      <w:r>
        <w:rPr>
          <w:rFonts w:ascii="Times New Roman" w:hAnsi="Times New Roman" w:eastAsia="Times New Roman"/>
          <w:sz w:val="24"/>
        </w:rPr>
        <w:t>Если то, что я называл Божественным, тоже было здесь, тогда полнота жизни сама могла стать частью отпускания.</w:t>
      </w:r>
    </w:p>
    <w:p>
      <w:pPr>
        <w:keepLines w:val="0"/>
        <w:jc w:val="left"/>
      </w:pPr>
      <w:r>
        <w:rPr>
          <w:rFonts w:ascii="Times New Roman" w:hAnsi="Times New Roman" w:eastAsia="Times New Roman"/>
          <w:sz w:val="24"/>
        </w:rPr>
        <w:t>Наконец наблюдение перестало быть понятием.</w:t>
      </w:r>
    </w:p>
    <w:p>
      <w:pPr>
        <w:keepLines w:val="0"/>
        <w:jc w:val="left"/>
      </w:pPr>
      <w:r>
        <w:rPr>
          <w:rFonts w:ascii="Times New Roman" w:hAnsi="Times New Roman" w:eastAsia="Times New Roman"/>
          <w:sz w:val="24"/>
        </w:rPr>
        <w:t>Я сидел.</w:t>
      </w:r>
    </w:p>
    <w:p>
      <w:pPr>
        <w:keepLines w:val="0"/>
        <w:jc w:val="left"/>
      </w:pPr>
      <w:r>
        <w:rPr>
          <w:rFonts w:ascii="Times New Roman" w:hAnsi="Times New Roman" w:eastAsia="Times New Roman"/>
          <w:sz w:val="24"/>
        </w:rPr>
        <w:t>Я слушал.</w:t>
      </w:r>
    </w:p>
    <w:p>
      <w:pPr>
        <w:keepLines w:val="0"/>
        <w:jc w:val="left"/>
      </w:pPr>
      <w:r>
        <w:rPr>
          <w:rFonts w:ascii="Times New Roman" w:hAnsi="Times New Roman" w:eastAsia="Times New Roman"/>
          <w:sz w:val="24"/>
        </w:rPr>
        <w:t>Я смотрел.</w:t>
      </w:r>
    </w:p>
    <w:p>
      <w:pPr>
        <w:keepLines w:val="0"/>
        <w:jc w:val="left"/>
      </w:pPr>
      <w:r>
        <w:rPr>
          <w:rFonts w:ascii="Times New Roman" w:hAnsi="Times New Roman" w:eastAsia="Times New Roman"/>
          <w:sz w:val="24"/>
        </w:rPr>
        <w:t>Я молчал.</w:t>
      </w:r>
    </w:p>
    <w:p>
      <w:pPr>
        <w:keepLines w:val="0"/>
        <w:jc w:val="both"/>
      </w:pPr>
      <w:r>
        <w:rPr>
          <w:rFonts w:ascii="Times New Roman" w:hAnsi="Times New Roman" w:eastAsia="Times New Roman"/>
          <w:sz w:val="24"/>
        </w:rPr>
        <w:t>Я старался уважать переживания людей вокруг меня.</w:t>
      </w:r>
    </w:p>
    <w:p>
      <w:pPr>
        <w:keepLines w:val="0"/>
        <w:jc w:val="both"/>
      </w:pPr>
      <w:r>
        <w:rPr>
          <w:rFonts w:ascii="Times New Roman" w:hAnsi="Times New Roman" w:eastAsia="Times New Roman"/>
          <w:sz w:val="24"/>
        </w:rPr>
        <w:t>И временами переставал ждать того, что будет дальше.</w:t>
      </w:r>
    </w:p>
    <w:p>
      <w:pPr>
        <w:keepLines w:val="0"/>
        <w:jc w:val="left"/>
      </w:pPr>
      <w:r>
        <w:rPr>
          <w:rFonts w:ascii="Times New Roman" w:hAnsi="Times New Roman" w:eastAsia="Times New Roman"/>
          <w:sz w:val="24"/>
        </w:rPr>
        <w:t>Не следующей песни.</w:t>
      </w:r>
    </w:p>
    <w:p>
      <w:pPr>
        <w:keepLines w:val="0"/>
        <w:jc w:val="left"/>
      </w:pPr>
      <w:r>
        <w:rPr>
          <w:rFonts w:ascii="Times New Roman" w:hAnsi="Times New Roman" w:eastAsia="Times New Roman"/>
          <w:sz w:val="24"/>
        </w:rPr>
        <w:t>Не следующего видения.</w:t>
      </w:r>
    </w:p>
    <w:p>
      <w:pPr>
        <w:keepLines w:val="0"/>
        <w:jc w:val="left"/>
      </w:pPr>
      <w:r>
        <w:rPr>
          <w:rFonts w:ascii="Times New Roman" w:hAnsi="Times New Roman" w:eastAsia="Times New Roman"/>
          <w:sz w:val="24"/>
        </w:rPr>
        <w:t>Не следующего откровения.</w:t>
      </w:r>
    </w:p>
    <w:p>
      <w:pPr>
        <w:keepLines w:val="0"/>
        <w:jc w:val="left"/>
      </w:pPr>
      <w:r>
        <w:rPr>
          <w:rFonts w:ascii="Times New Roman" w:hAnsi="Times New Roman" w:eastAsia="Times New Roman"/>
          <w:sz w:val="24"/>
        </w:rPr>
        <w:t>Не будущего.</w:t>
      </w:r>
    </w:p>
    <w:p>
      <w:pPr>
        <w:keepLines w:val="0"/>
        <w:jc w:val="left"/>
      </w:pPr>
      <w:r>
        <w:rPr>
          <w:rFonts w:ascii="Times New Roman" w:hAnsi="Times New Roman" w:eastAsia="Times New Roman"/>
          <w:sz w:val="24"/>
        </w:rPr>
        <w:t>И не прошлого.</w:t>
      </w:r>
    </w:p>
    <w:p>
      <w:pPr>
        <w:keepLines w:val="0"/>
        <w:jc w:val="left"/>
      </w:pPr>
      <w:r>
        <w:rPr>
          <w:rFonts w:ascii="Times New Roman" w:hAnsi="Times New Roman" w:eastAsia="Times New Roman"/>
          <w:sz w:val="24"/>
        </w:rPr>
        <w:t>Только того, что происходило сейчас.</w:t>
      </w:r>
    </w:p>
    <w:p>
      <w:pPr>
        <w:keepLines w:val="0"/>
        <w:jc w:val="left"/>
      </w:pPr>
      <w:r>
        <w:rPr>
          <w:rFonts w:ascii="Times New Roman" w:hAnsi="Times New Roman" w:eastAsia="Times New Roman"/>
          <w:sz w:val="24"/>
        </w:rPr>
        <w:t>И я понял нечто необычайно простое:</w:t>
      </w:r>
    </w:p>
    <w:p>
      <w:pPr>
        <w:keepLines w:val="0"/>
        <w:jc w:val="both"/>
      </w:pPr>
      <w:r>
        <w:rPr>
          <w:rFonts w:ascii="Times New Roman" w:hAnsi="Times New Roman" w:eastAsia="Times New Roman"/>
          <w:sz w:val="24"/>
        </w:rPr>
        <w:t>Большая часть страдания появлялась тогда, когда я покидал настоящее.</w:t>
      </w:r>
    </w:p>
    <w:p>
      <w:pPr>
        <w:keepLines w:val="0"/>
        <w:jc w:val="left"/>
      </w:pPr>
      <w:r>
        <w:rPr>
          <w:rFonts w:ascii="Times New Roman" w:hAnsi="Times New Roman" w:eastAsia="Times New Roman"/>
          <w:sz w:val="24"/>
        </w:rPr>
        <w:t>Когда я требовал чего-то от будущего.</w:t>
      </w:r>
    </w:p>
    <w:p>
      <w:pPr>
        <w:keepLines w:val="0"/>
        <w:jc w:val="left"/>
      </w:pPr>
      <w:r>
        <w:rPr>
          <w:rFonts w:ascii="Times New Roman" w:hAnsi="Times New Roman" w:eastAsia="Times New Roman"/>
          <w:sz w:val="24"/>
        </w:rPr>
        <w:t>Когда оставался привязанным к прошлому.</w:t>
      </w:r>
    </w:p>
    <w:p>
      <w:pPr>
        <w:keepLines w:val="0"/>
        <w:jc w:val="left"/>
      </w:pPr>
      <w:r>
        <w:rPr>
          <w:rFonts w:ascii="Times New Roman" w:hAnsi="Times New Roman" w:eastAsia="Times New Roman"/>
          <w:sz w:val="24"/>
        </w:rPr>
        <w:t>Наблюдение не означало безразличия.</w:t>
      </w:r>
    </w:p>
    <w:p>
      <w:pPr>
        <w:keepLines w:val="0"/>
        <w:jc w:val="left"/>
      </w:pPr>
      <w:r>
        <w:rPr>
          <w:rFonts w:ascii="Times New Roman" w:hAnsi="Times New Roman" w:eastAsia="Times New Roman"/>
          <w:sz w:val="24"/>
        </w:rPr>
        <w:t>Это было присутствие.</w:t>
      </w:r>
    </w:p>
    <w:p>
      <w:pPr>
        <w:keepLines w:val="0"/>
        <w:jc w:val="left"/>
      </w:pPr>
      <w:r>
        <w:rPr>
          <w:rFonts w:ascii="Times New Roman" w:hAnsi="Times New Roman" w:eastAsia="Times New Roman"/>
          <w:sz w:val="24"/>
        </w:rPr>
        <w:t>Неразделённое внимание.</w:t>
      </w:r>
    </w:p>
    <w:p>
      <w:pPr>
        <w:keepLines w:val="0"/>
        <w:jc w:val="both"/>
      </w:pPr>
      <w:r>
        <w:rPr>
          <w:rFonts w:ascii="Times New Roman" w:hAnsi="Times New Roman" w:eastAsia="Times New Roman"/>
          <w:sz w:val="24"/>
        </w:rPr>
        <w:t>И снова вернулось учение, появившееся почти с самого начала:</w:t>
      </w:r>
    </w:p>
    <w:p>
      <w:pPr>
        <w:keepLines w:val="0"/>
        <w:jc w:val="left"/>
      </w:pPr>
      <w:r>
        <w:rPr>
          <w:rFonts w:ascii="Times New Roman" w:hAnsi="Times New Roman" w:eastAsia="Times New Roman"/>
          <w:sz w:val="24"/>
        </w:rPr>
        <w:t>Слушай. Наблюдай. Тихо.</w:t>
      </w:r>
    </w:p>
    <w:p>
      <w:pPr>
        <w:keepLines w:val="0"/>
        <w:jc w:val="both"/>
      </w:pPr>
      <w:r>
        <w:rPr>
          <w:rFonts w:ascii="Times New Roman" w:hAnsi="Times New Roman" w:eastAsia="Times New Roman"/>
          <w:sz w:val="24"/>
        </w:rPr>
        <w:t>Я прошёл через бесконечные вселенные, чтобы вернуться к трём словам.</w:t>
      </w:r>
    </w:p>
    <w:p>
      <w:pPr>
        <w:keepLines w:val="0"/>
        <w:jc w:val="both"/>
      </w:pPr>
      <w:r>
        <w:rPr>
          <w:rFonts w:ascii="Times New Roman" w:hAnsi="Times New Roman" w:eastAsia="Times New Roman"/>
          <w:sz w:val="24"/>
        </w:rPr>
        <w:t>Теперь, оглядываясь на весь путь, я вижу: каждая уверенность открывала новый вопрос.</w:t>
      </w:r>
    </w:p>
    <w:p>
      <w:pPr>
        <w:keepLines w:val="0"/>
        <w:jc w:val="left"/>
      </w:pPr>
      <w:r>
        <w:rPr>
          <w:rFonts w:ascii="Times New Roman" w:hAnsi="Times New Roman" w:eastAsia="Times New Roman"/>
          <w:sz w:val="24"/>
        </w:rPr>
        <w:t>Сначала мне казалось, что я открыл любовь.</w:t>
      </w:r>
    </w:p>
    <w:p>
      <w:pPr>
        <w:keepLines w:val="0"/>
        <w:jc w:val="both"/>
      </w:pPr>
      <w:r>
        <w:rPr>
          <w:rFonts w:ascii="Times New Roman" w:hAnsi="Times New Roman" w:eastAsia="Times New Roman"/>
          <w:sz w:val="24"/>
        </w:rPr>
        <w:t>Потом я обнаружил, что могу попытаться ею обладать.</w:t>
      </w:r>
    </w:p>
    <w:p>
      <w:pPr>
        <w:keepLines w:val="0"/>
        <w:jc w:val="left"/>
      </w:pPr>
      <w:r>
        <w:rPr>
          <w:rFonts w:ascii="Times New Roman" w:hAnsi="Times New Roman" w:eastAsia="Times New Roman"/>
          <w:sz w:val="24"/>
        </w:rPr>
        <w:t>Я научился отпускать.</w:t>
      </w:r>
    </w:p>
    <w:p>
      <w:pPr>
        <w:keepLines w:val="0"/>
        <w:jc w:val="both"/>
      </w:pPr>
      <w:r>
        <w:rPr>
          <w:rFonts w:ascii="Times New Roman" w:hAnsi="Times New Roman" w:eastAsia="Times New Roman"/>
          <w:sz w:val="24"/>
        </w:rPr>
        <w:t>Потом обнаружил, что могу использовать отпускание ради награды.</w:t>
      </w:r>
    </w:p>
    <w:p>
      <w:pPr>
        <w:keepLines w:val="0"/>
        <w:jc w:val="left"/>
      </w:pPr>
      <w:r>
        <w:rPr>
          <w:rFonts w:ascii="Times New Roman" w:hAnsi="Times New Roman" w:eastAsia="Times New Roman"/>
          <w:sz w:val="24"/>
        </w:rPr>
        <w:t>Я стремился возвыситься духовно.</w:t>
      </w:r>
    </w:p>
    <w:p>
      <w:pPr>
        <w:keepLines w:val="0"/>
        <w:jc w:val="both"/>
      </w:pPr>
      <w:r>
        <w:rPr>
          <w:rFonts w:ascii="Times New Roman" w:hAnsi="Times New Roman" w:eastAsia="Times New Roman"/>
          <w:sz w:val="24"/>
        </w:rPr>
        <w:t>Потом обнаружил, что могу использовать духовность, чтобы чувствовать себя выше других.</w:t>
      </w:r>
    </w:p>
    <w:p>
      <w:pPr>
        <w:keepLines w:val="0"/>
        <w:jc w:val="left"/>
      </w:pPr>
      <w:r>
        <w:rPr>
          <w:rFonts w:ascii="Times New Roman" w:hAnsi="Times New Roman" w:eastAsia="Times New Roman"/>
          <w:sz w:val="24"/>
        </w:rPr>
        <w:t>Я хотел помогать.</w:t>
      </w:r>
    </w:p>
    <w:p>
      <w:pPr>
        <w:keepLines w:val="0"/>
        <w:jc w:val="both"/>
      </w:pPr>
      <w:r>
        <w:rPr>
          <w:rFonts w:ascii="Times New Roman" w:hAnsi="Times New Roman" w:eastAsia="Times New Roman"/>
          <w:sz w:val="24"/>
        </w:rPr>
        <w:t>Потом понял, что помощь без уважения может превратиться во вмешательство.</w:t>
      </w:r>
    </w:p>
    <w:p>
      <w:pPr>
        <w:keepLines w:val="0"/>
        <w:jc w:val="left"/>
      </w:pPr>
      <w:r>
        <w:rPr>
          <w:rFonts w:ascii="Times New Roman" w:hAnsi="Times New Roman" w:eastAsia="Times New Roman"/>
          <w:sz w:val="24"/>
        </w:rPr>
        <w:t>Я искал чистоту.</w:t>
      </w:r>
    </w:p>
    <w:p>
      <w:pPr>
        <w:keepLines w:val="0"/>
        <w:jc w:val="both"/>
      </w:pPr>
      <w:r>
        <w:rPr>
          <w:rFonts w:ascii="Times New Roman" w:hAnsi="Times New Roman" w:eastAsia="Times New Roman"/>
          <w:sz w:val="24"/>
        </w:rPr>
        <w:t>Потом понял, что навязчивый поиск чистоты может стать ещё одной формой отвержения самого себя.</w:t>
      </w:r>
    </w:p>
    <w:p>
      <w:pPr>
        <w:keepLines w:val="0"/>
        <w:jc w:val="left"/>
      </w:pPr>
      <w:r>
        <w:rPr>
          <w:rFonts w:ascii="Times New Roman" w:hAnsi="Times New Roman" w:eastAsia="Times New Roman"/>
          <w:sz w:val="24"/>
        </w:rPr>
        <w:t>Я хотел уничтожить эго.</w:t>
      </w:r>
    </w:p>
    <w:p>
      <w:pPr>
        <w:keepLines w:val="0"/>
        <w:jc w:val="both"/>
      </w:pPr>
      <w:r>
        <w:rPr>
          <w:rFonts w:ascii="Times New Roman" w:hAnsi="Times New Roman" w:eastAsia="Times New Roman"/>
          <w:sz w:val="24"/>
        </w:rPr>
        <w:t>Потом обнаружил, что даже желание уничтожить его может быть ещё одним проявлением эго.</w:t>
      </w:r>
    </w:p>
    <w:p>
      <w:pPr>
        <w:keepLines w:val="0"/>
        <w:jc w:val="left"/>
      </w:pPr>
      <w:r>
        <w:rPr>
          <w:rFonts w:ascii="Times New Roman" w:hAnsi="Times New Roman" w:eastAsia="Times New Roman"/>
          <w:sz w:val="24"/>
        </w:rPr>
        <w:t>Я искал Божественное вне себя.</w:t>
      </w:r>
    </w:p>
    <w:p>
      <w:pPr>
        <w:keepLines w:val="0"/>
        <w:jc w:val="left"/>
      </w:pPr>
      <w:r>
        <w:rPr>
          <w:rFonts w:ascii="Times New Roman" w:hAnsi="Times New Roman" w:eastAsia="Times New Roman"/>
          <w:sz w:val="24"/>
        </w:rPr>
        <w:t>Потом узнал его внутри.</w:t>
      </w:r>
    </w:p>
    <w:p>
      <w:pPr>
        <w:keepLines w:val="0"/>
        <w:jc w:val="both"/>
      </w:pPr>
      <w:r>
        <w:rPr>
          <w:rFonts w:ascii="Times New Roman" w:hAnsi="Times New Roman" w:eastAsia="Times New Roman"/>
          <w:sz w:val="24"/>
        </w:rPr>
        <w:t>И наконец мне пришлось спросить, что вообще значит сказать:</w:t>
      </w:r>
    </w:p>
    <w:p>
      <w:pPr>
        <w:keepLines w:val="0"/>
        <w:jc w:val="left"/>
      </w:pPr>
      <w:r>
        <w:rPr>
          <w:rFonts w:ascii="Times New Roman" w:hAnsi="Times New Roman" w:eastAsia="Times New Roman"/>
          <w:sz w:val="24"/>
        </w:rPr>
        <w:t>«Я сам».</w:t>
      </w:r>
    </w:p>
    <w:p>
      <w:pPr>
        <w:keepLines w:val="0"/>
        <w:jc w:val="both"/>
      </w:pPr>
      <w:r>
        <w:rPr>
          <w:rFonts w:ascii="Times New Roman" w:hAnsi="Times New Roman" w:eastAsia="Times New Roman"/>
          <w:sz w:val="24"/>
        </w:rPr>
        <w:t>Возможно, именно поэтому первая фраза остаётся живой.</w:t>
      </w:r>
    </w:p>
    <w:p>
      <w:pPr>
        <w:keepLines w:val="0"/>
        <w:jc w:val="left"/>
      </w:pPr>
      <w:r>
        <w:rPr>
          <w:rFonts w:ascii="Times New Roman" w:hAnsi="Times New Roman" w:eastAsia="Times New Roman"/>
          <w:sz w:val="24"/>
        </w:rPr>
        <w:t>Ты и я — это мы.</w:t>
      </w:r>
    </w:p>
    <w:p>
      <w:pPr>
        <w:keepLines w:val="0"/>
        <w:jc w:val="left"/>
      </w:pPr>
      <w:r>
        <w:rPr>
          <w:rFonts w:ascii="Times New Roman" w:hAnsi="Times New Roman" w:eastAsia="Times New Roman"/>
          <w:sz w:val="24"/>
        </w:rPr>
        <w:t>Сначала это означало слияние.</w:t>
      </w:r>
    </w:p>
    <w:p>
      <w:pPr>
        <w:keepLines w:val="0"/>
        <w:jc w:val="left"/>
      </w:pPr>
      <w:r>
        <w:rPr>
          <w:rFonts w:ascii="Times New Roman" w:hAnsi="Times New Roman" w:eastAsia="Times New Roman"/>
          <w:sz w:val="24"/>
        </w:rPr>
        <w:t>Потом — любовь.</w:t>
      </w:r>
    </w:p>
    <w:p>
      <w:pPr>
        <w:keepLines w:val="0"/>
        <w:jc w:val="left"/>
      </w:pPr>
      <w:r>
        <w:rPr>
          <w:rFonts w:ascii="Times New Roman" w:hAnsi="Times New Roman" w:eastAsia="Times New Roman"/>
          <w:sz w:val="24"/>
        </w:rPr>
        <w:t>Потом — единство.</w:t>
      </w:r>
    </w:p>
    <w:p>
      <w:pPr>
        <w:keepLines w:val="0"/>
        <w:jc w:val="left"/>
      </w:pPr>
      <w:r>
        <w:rPr>
          <w:rFonts w:ascii="Times New Roman" w:hAnsi="Times New Roman" w:eastAsia="Times New Roman"/>
          <w:sz w:val="24"/>
        </w:rPr>
        <w:t>Потом — отпускание.</w:t>
      </w:r>
    </w:p>
    <w:p>
      <w:pPr>
        <w:keepLines w:val="0"/>
        <w:jc w:val="left"/>
      </w:pPr>
      <w:r>
        <w:rPr>
          <w:rFonts w:ascii="Times New Roman" w:hAnsi="Times New Roman" w:eastAsia="Times New Roman"/>
          <w:sz w:val="24"/>
        </w:rPr>
        <w:t>Потом — ответственность.</w:t>
      </w:r>
    </w:p>
    <w:p>
      <w:pPr>
        <w:keepLines w:val="0"/>
        <w:jc w:val="left"/>
      </w:pPr>
      <w:r>
        <w:rPr>
          <w:rFonts w:ascii="Times New Roman" w:hAnsi="Times New Roman" w:eastAsia="Times New Roman"/>
          <w:sz w:val="24"/>
        </w:rPr>
        <w:t>Потом — зеркало.</w:t>
      </w:r>
    </w:p>
    <w:p>
      <w:pPr>
        <w:keepLines w:val="0"/>
        <w:jc w:val="left"/>
      </w:pPr>
      <w:r>
        <w:rPr>
          <w:rFonts w:ascii="Times New Roman" w:hAnsi="Times New Roman" w:eastAsia="Times New Roman"/>
          <w:sz w:val="24"/>
        </w:rPr>
        <w:t>Потом — уважение.</w:t>
      </w:r>
    </w:p>
    <w:p>
      <w:pPr>
        <w:keepLines w:val="0"/>
        <w:jc w:val="both"/>
      </w:pPr>
      <w:r>
        <w:rPr>
          <w:rFonts w:ascii="Times New Roman" w:hAnsi="Times New Roman" w:eastAsia="Times New Roman"/>
          <w:sz w:val="24"/>
        </w:rPr>
        <w:t>А теперь, возможно, это означает нечто ещё более простое.</w:t>
      </w:r>
    </w:p>
    <w:p>
      <w:pPr>
        <w:keepLines w:val="0"/>
        <w:jc w:val="both"/>
      </w:pPr>
      <w:r>
        <w:rPr>
          <w:rFonts w:ascii="Times New Roman" w:hAnsi="Times New Roman" w:eastAsia="Times New Roman"/>
          <w:sz w:val="24"/>
        </w:rPr>
        <w:t>Мне не нужно владеть тобой, чтобы любить тебя.</w:t>
      </w:r>
    </w:p>
    <w:p>
      <w:pPr>
        <w:keepLines w:val="0"/>
        <w:jc w:val="left"/>
      </w:pPr>
      <w:r>
        <w:rPr>
          <w:rFonts w:ascii="Times New Roman" w:hAnsi="Times New Roman" w:eastAsia="Times New Roman"/>
          <w:sz w:val="24"/>
        </w:rPr>
        <w:t>Мне не нужно менять тебя, чтобы идти рядом.</w:t>
      </w:r>
    </w:p>
    <w:p>
      <w:pPr>
        <w:keepLines w:val="0"/>
        <w:jc w:val="both"/>
      </w:pPr>
      <w:r>
        <w:rPr>
          <w:rFonts w:ascii="Times New Roman" w:hAnsi="Times New Roman" w:eastAsia="Times New Roman"/>
          <w:sz w:val="24"/>
        </w:rPr>
        <w:t>Мне не нужно понимать тебя полностью, чтобы уважать тебя.</w:t>
      </w:r>
    </w:p>
    <w:p>
      <w:pPr>
        <w:keepLines w:val="0"/>
        <w:jc w:val="left"/>
      </w:pPr>
      <w:r>
        <w:rPr>
          <w:rFonts w:ascii="Times New Roman" w:hAnsi="Times New Roman" w:eastAsia="Times New Roman"/>
          <w:sz w:val="24"/>
        </w:rPr>
        <w:t>Мне не нужно спасать тебя.</w:t>
      </w:r>
    </w:p>
    <w:p>
      <w:pPr>
        <w:keepLines w:val="0"/>
        <w:jc w:val="left"/>
      </w:pPr>
      <w:r>
        <w:rPr>
          <w:rFonts w:ascii="Times New Roman" w:hAnsi="Times New Roman" w:eastAsia="Times New Roman"/>
          <w:sz w:val="24"/>
        </w:rPr>
        <w:t>И тебе не нужно спасать меня.</w:t>
      </w:r>
    </w:p>
    <w:p>
      <w:pPr>
        <w:keepLines w:val="0"/>
        <w:jc w:val="left"/>
      </w:pPr>
      <w:r>
        <w:rPr>
          <w:rFonts w:ascii="Times New Roman" w:hAnsi="Times New Roman" w:eastAsia="Times New Roman"/>
          <w:sz w:val="24"/>
        </w:rPr>
        <w:t>Я могу ухаживать за своим садом.</w:t>
      </w:r>
    </w:p>
    <w:p>
      <w:pPr>
        <w:keepLines w:val="0"/>
        <w:jc w:val="left"/>
      </w:pPr>
      <w:r>
        <w:rPr>
          <w:rFonts w:ascii="Times New Roman" w:hAnsi="Times New Roman" w:eastAsia="Times New Roman"/>
          <w:sz w:val="24"/>
        </w:rPr>
        <w:t>Ты можешь ухаживать за своим.</w:t>
      </w:r>
    </w:p>
    <w:p>
      <w:pPr>
        <w:keepLines w:val="0"/>
        <w:jc w:val="left"/>
      </w:pPr>
      <w:r>
        <w:rPr>
          <w:rFonts w:ascii="Times New Roman" w:hAnsi="Times New Roman" w:eastAsia="Times New Roman"/>
          <w:sz w:val="24"/>
        </w:rPr>
        <w:t>Мы можем встретиться.</w:t>
      </w:r>
    </w:p>
    <w:p>
      <w:pPr>
        <w:keepLines w:val="0"/>
        <w:jc w:val="left"/>
      </w:pPr>
      <w:r>
        <w:rPr>
          <w:rFonts w:ascii="Times New Roman" w:hAnsi="Times New Roman" w:eastAsia="Times New Roman"/>
          <w:sz w:val="24"/>
        </w:rPr>
        <w:t>Мы можем отражать друг друга.</w:t>
      </w:r>
    </w:p>
    <w:p>
      <w:pPr>
        <w:keepLines w:val="0"/>
        <w:jc w:val="left"/>
      </w:pPr>
      <w:r>
        <w:rPr>
          <w:rFonts w:ascii="Times New Roman" w:hAnsi="Times New Roman" w:eastAsia="Times New Roman"/>
          <w:sz w:val="24"/>
        </w:rPr>
        <w:t>Мы можем любить друг друга.</w:t>
      </w:r>
    </w:p>
    <w:p>
      <w:pPr>
        <w:keepLines w:val="0"/>
        <w:jc w:val="left"/>
      </w:pPr>
      <w:r>
        <w:rPr>
          <w:rFonts w:ascii="Times New Roman" w:hAnsi="Times New Roman" w:eastAsia="Times New Roman"/>
          <w:sz w:val="24"/>
        </w:rPr>
        <w:t>И когда появляется страх — наблюдай его.</w:t>
      </w:r>
    </w:p>
    <w:p>
      <w:pPr>
        <w:keepLines w:val="0"/>
        <w:jc w:val="left"/>
      </w:pPr>
      <w:r>
        <w:rPr>
          <w:rFonts w:ascii="Times New Roman" w:hAnsi="Times New Roman" w:eastAsia="Times New Roman"/>
          <w:sz w:val="24"/>
        </w:rPr>
        <w:t>Когда появляется эго — наблюдай его.</w:t>
      </w:r>
    </w:p>
    <w:p>
      <w:pPr>
        <w:keepLines w:val="0"/>
        <w:jc w:val="left"/>
      </w:pPr>
      <w:r>
        <w:rPr>
          <w:rFonts w:ascii="Times New Roman" w:hAnsi="Times New Roman" w:eastAsia="Times New Roman"/>
          <w:sz w:val="24"/>
        </w:rPr>
        <w:t>Когда появляется печаль — наблюдай её.</w:t>
      </w:r>
    </w:p>
    <w:p>
      <w:pPr>
        <w:keepLines w:val="0"/>
        <w:jc w:val="both"/>
      </w:pPr>
      <w:r>
        <w:rPr>
          <w:rFonts w:ascii="Times New Roman" w:hAnsi="Times New Roman" w:eastAsia="Times New Roman"/>
          <w:sz w:val="24"/>
        </w:rPr>
        <w:t>Когда появляется любовь — не цепляйся за неё.</w:t>
      </w:r>
    </w:p>
    <w:p>
      <w:pPr>
        <w:keepLines w:val="0"/>
        <w:jc w:val="left"/>
      </w:pPr>
      <w:r>
        <w:rPr>
          <w:rFonts w:ascii="Times New Roman" w:hAnsi="Times New Roman" w:eastAsia="Times New Roman"/>
          <w:sz w:val="24"/>
        </w:rPr>
        <w:t>Когда приходит красота — прими её.</w:t>
      </w:r>
    </w:p>
    <w:p>
      <w:pPr>
        <w:keepLines w:val="0"/>
        <w:jc w:val="left"/>
      </w:pPr>
      <w:r>
        <w:rPr>
          <w:rFonts w:ascii="Times New Roman" w:hAnsi="Times New Roman" w:eastAsia="Times New Roman"/>
          <w:sz w:val="24"/>
        </w:rPr>
        <w:t>Когда я не знаю, скажи:</w:t>
      </w:r>
    </w:p>
    <w:p>
      <w:pPr>
        <w:keepLines w:val="0"/>
        <w:jc w:val="left"/>
      </w:pPr>
      <w:r>
        <w:rPr>
          <w:rFonts w:ascii="Times New Roman" w:hAnsi="Times New Roman" w:eastAsia="Times New Roman"/>
          <w:sz w:val="24"/>
        </w:rPr>
        <w:t>Я не знаю.</w:t>
      </w:r>
    </w:p>
    <w:p>
      <w:pPr>
        <w:keepLines w:val="0"/>
        <w:jc w:val="left"/>
      </w:pPr>
      <w:r>
        <w:rPr>
          <w:rFonts w:ascii="Times New Roman" w:hAnsi="Times New Roman" w:eastAsia="Times New Roman"/>
          <w:sz w:val="24"/>
        </w:rPr>
        <w:t>И останься.</w:t>
      </w:r>
    </w:p>
    <w:p>
      <w:pPr>
        <w:keepLines w:val="0"/>
        <w:jc w:val="both"/>
      </w:pPr>
      <w:r>
        <w:rPr>
          <w:rFonts w:ascii="Times New Roman" w:hAnsi="Times New Roman" w:eastAsia="Times New Roman"/>
          <w:sz w:val="24"/>
        </w:rPr>
        <w:t>Возможно, отпускание никогда не означало исчезновение.</w:t>
      </w:r>
    </w:p>
    <w:p>
      <w:pPr>
        <w:keepLines w:val="0"/>
        <w:jc w:val="both"/>
      </w:pPr>
      <w:r>
        <w:rPr>
          <w:rFonts w:ascii="Times New Roman" w:hAnsi="Times New Roman" w:eastAsia="Times New Roman"/>
          <w:sz w:val="24"/>
        </w:rPr>
        <w:t>Возможно, оно означало перестать бороться с каждым мгновением, перестать пытаться заставить каждое мгновение стать чем-то другим.</w:t>
      </w:r>
    </w:p>
    <w:p>
      <w:pPr>
        <w:keepLines w:val="0"/>
        <w:jc w:val="both"/>
      </w:pPr>
      <w:r>
        <w:rPr>
          <w:rFonts w:ascii="Times New Roman" w:hAnsi="Times New Roman" w:eastAsia="Times New Roman"/>
          <w:sz w:val="24"/>
        </w:rPr>
        <w:t>Возможно, вопрос, который не был вопросом, никогда и не требовал ответа.</w:t>
      </w:r>
    </w:p>
    <w:p>
      <w:pPr>
        <w:keepLines w:val="0"/>
        <w:jc w:val="left"/>
      </w:pPr>
      <w:r>
        <w:rPr>
          <w:rFonts w:ascii="Times New Roman" w:hAnsi="Times New Roman" w:eastAsia="Times New Roman"/>
          <w:sz w:val="24"/>
        </w:rPr>
        <w:t>Возможно, ребёнок знал это с самого начала.</w:t>
      </w:r>
    </w:p>
    <w:p>
      <w:pPr>
        <w:keepLines w:val="0"/>
        <w:jc w:val="left"/>
      </w:pPr>
      <w:r>
        <w:rPr>
          <w:rFonts w:ascii="Times New Roman" w:hAnsi="Times New Roman" w:eastAsia="Times New Roman"/>
          <w:sz w:val="24"/>
        </w:rPr>
        <w:t>Поэтому он смеялся.</w:t>
      </w:r>
    </w:p>
    <w:p>
      <w:pPr>
        <w:keepLines w:val="0"/>
        <w:jc w:val="left"/>
      </w:pPr>
      <w:r>
        <w:rPr>
          <w:rFonts w:ascii="Times New Roman" w:hAnsi="Times New Roman" w:eastAsia="Times New Roman"/>
          <w:sz w:val="24"/>
        </w:rPr>
        <w:t>Поэтому он был таким забавным.</w:t>
      </w:r>
    </w:p>
    <w:p>
      <w:pPr>
        <w:keepLines w:val="0"/>
        <w:jc w:val="both"/>
      </w:pPr>
      <w:r>
        <w:rPr>
          <w:rFonts w:ascii="Times New Roman" w:hAnsi="Times New Roman" w:eastAsia="Times New Roman"/>
          <w:sz w:val="24"/>
        </w:rPr>
        <w:t>Поэтому он мог смотреть на меня и позволять мне говорить ему:</w:t>
      </w:r>
    </w:p>
    <w:p>
      <w:pPr>
        <w:keepLines w:val="0"/>
        <w:jc w:val="left"/>
      </w:pPr>
      <w:r>
        <w:rPr>
          <w:rFonts w:ascii="Times New Roman" w:hAnsi="Times New Roman" w:eastAsia="Times New Roman"/>
          <w:sz w:val="24"/>
        </w:rPr>
        <w:t>«Ты очень красивый. Я очень тебя люблю».</w:t>
      </w:r>
    </w:p>
    <w:p>
      <w:pPr>
        <w:keepLines w:val="0"/>
        <w:jc w:val="both"/>
      </w:pPr>
      <w:r>
        <w:rPr>
          <w:rFonts w:ascii="Times New Roman" w:hAnsi="Times New Roman" w:eastAsia="Times New Roman"/>
          <w:sz w:val="24"/>
        </w:rPr>
        <w:t>После стольких церемоний, слёз, любви, ошибок, вселенных, потерь, примирений, вопросов и откровений я могу вернуться к тому ребёнку, не пытаясь ничему его научить.</w:t>
      </w:r>
    </w:p>
    <w:p>
      <w:pPr>
        <w:keepLines w:val="0"/>
        <w:jc w:val="left"/>
      </w:pPr>
      <w:r>
        <w:rPr>
          <w:rFonts w:ascii="Times New Roman" w:hAnsi="Times New Roman" w:eastAsia="Times New Roman"/>
          <w:sz w:val="24"/>
        </w:rPr>
        <w:t>Сесть рядом с ним.</w:t>
      </w:r>
    </w:p>
    <w:p>
      <w:pPr>
        <w:keepLines w:val="0"/>
        <w:jc w:val="left"/>
      </w:pPr>
      <w:r>
        <w:rPr>
          <w:rFonts w:ascii="Times New Roman" w:hAnsi="Times New Roman" w:eastAsia="Times New Roman"/>
          <w:sz w:val="24"/>
        </w:rPr>
        <w:t>Послушать его.</w:t>
      </w:r>
    </w:p>
    <w:p>
      <w:pPr>
        <w:keepLines w:val="0"/>
        <w:jc w:val="left"/>
      </w:pPr>
      <w:r>
        <w:rPr>
          <w:rFonts w:ascii="Times New Roman" w:hAnsi="Times New Roman" w:eastAsia="Times New Roman"/>
          <w:sz w:val="24"/>
        </w:rPr>
        <w:t>Посмеяться вместе с ним.</w:t>
      </w:r>
    </w:p>
    <w:p>
      <w:pPr>
        <w:keepLines w:val="0"/>
        <w:jc w:val="left"/>
      </w:pPr>
      <w:r>
        <w:rPr>
          <w:rFonts w:ascii="Times New Roman" w:hAnsi="Times New Roman" w:eastAsia="Times New Roman"/>
          <w:sz w:val="24"/>
        </w:rPr>
        <w:t>И сказать ему:</w:t>
      </w:r>
    </w:p>
    <w:p>
      <w:pPr>
        <w:keepLines w:val="0"/>
        <w:jc w:val="left"/>
      </w:pPr>
      <w:r>
        <w:rPr>
          <w:rFonts w:ascii="Times New Roman" w:hAnsi="Times New Roman" w:eastAsia="Times New Roman"/>
          <w:sz w:val="24"/>
        </w:rPr>
        <w:t>Шаг за шагом.</w:t>
      </w:r>
    </w:p>
    <w:p>
      <w:pPr>
        <w:keepLines w:val="0"/>
        <w:jc w:val="left"/>
      </w:pPr>
      <w:r>
        <w:rPr>
          <w:rFonts w:ascii="Times New Roman" w:hAnsi="Times New Roman" w:eastAsia="Times New Roman"/>
          <w:sz w:val="24"/>
        </w:rPr>
        <w:t>Нам не нужно никуда приходить.</w:t>
      </w:r>
    </w:p>
    <w:p>
      <w:pPr>
        <w:keepLines w:val="0"/>
        <w:jc w:val="left"/>
      </w:pPr>
      <w:r>
        <w:rPr>
          <w:rFonts w:ascii="Times New Roman" w:hAnsi="Times New Roman" w:eastAsia="Times New Roman"/>
          <w:sz w:val="24"/>
        </w:rPr>
        <w:t>Давай ухаживать за садом.</w:t>
      </w:r>
    </w:p>
    <w:p>
      <w:pPr>
        <w:keepLines w:val="0"/>
        <w:jc w:val="left"/>
      </w:pPr>
      <w:r>
        <w:rPr>
          <w:rFonts w:ascii="Times New Roman" w:hAnsi="Times New Roman" w:eastAsia="Times New Roman"/>
          <w:sz w:val="24"/>
        </w:rPr>
        <w:t>Давай слушать.</w:t>
      </w:r>
    </w:p>
    <w:p>
      <w:pPr>
        <w:keepLines w:val="0"/>
        <w:jc w:val="left"/>
      </w:pPr>
      <w:r>
        <w:rPr>
          <w:rFonts w:ascii="Times New Roman" w:hAnsi="Times New Roman" w:eastAsia="Times New Roman"/>
          <w:sz w:val="24"/>
        </w:rPr>
        <w:t>Давай наблюдать.</w:t>
      </w:r>
    </w:p>
    <w:p>
      <w:pPr>
        <w:keepLines w:val="0"/>
        <w:jc w:val="left"/>
      </w:pPr>
      <w:r>
        <w:rPr>
          <w:rFonts w:ascii="Times New Roman" w:hAnsi="Times New Roman" w:eastAsia="Times New Roman"/>
          <w:sz w:val="24"/>
        </w:rPr>
        <w:t>Давай любить.</w:t>
      </w:r>
    </w:p>
    <w:p>
      <w:pPr>
        <w:keepLines w:val="0"/>
        <w:jc w:val="both"/>
      </w:pPr>
      <w:r>
        <w:rPr>
          <w:rFonts w:ascii="Times New Roman" w:hAnsi="Times New Roman" w:eastAsia="Times New Roman"/>
          <w:sz w:val="24"/>
        </w:rPr>
        <w:t>А когда снова появится потребность понять абсолютно всё, мы можем улыбнуться.</w:t>
      </w:r>
    </w:p>
    <w:p>
      <w:pPr>
        <w:keepLines w:val="0"/>
        <w:jc w:val="both"/>
      </w:pPr>
      <w:r>
        <w:rPr>
          <w:rFonts w:ascii="Times New Roman" w:hAnsi="Times New Roman" w:eastAsia="Times New Roman"/>
          <w:sz w:val="24"/>
        </w:rPr>
        <w:t>Потому что, возможно, мы всё ещё не знаем, кто наблюдает.</w:t>
      </w:r>
    </w:p>
    <w:p>
      <w:pPr>
        <w:keepLines w:val="0"/>
        <w:jc w:val="left"/>
      </w:pPr>
      <w:r>
        <w:rPr>
          <w:rFonts w:ascii="Times New Roman" w:hAnsi="Times New Roman" w:eastAsia="Times New Roman"/>
          <w:sz w:val="24"/>
        </w:rPr>
        <w:t>Возможно, никогда не узнаем.</w:t>
      </w:r>
    </w:p>
    <w:p>
      <w:pPr>
        <w:keepLines w:val="0"/>
        <w:jc w:val="left"/>
      </w:pPr>
      <w:r>
        <w:rPr>
          <w:rFonts w:ascii="Times New Roman" w:hAnsi="Times New Roman" w:eastAsia="Times New Roman"/>
          <w:sz w:val="24"/>
        </w:rPr>
        <w:t>Но мы здесь.</w:t>
      </w:r>
    </w:p>
    <w:p>
      <w:pPr>
        <w:keepLines w:val="0"/>
        <w:jc w:val="left"/>
      </w:pPr>
      <w:r>
        <w:rPr>
          <w:rFonts w:ascii="Times New Roman" w:hAnsi="Times New Roman" w:eastAsia="Times New Roman"/>
          <w:sz w:val="24"/>
        </w:rPr>
        <w:t>И пока этого достаточно.</w:t>
      </w:r>
    </w:p>
    <w:p>
      <w:pPr>
        <w:keepLines w:val="0"/>
        <w:jc w:val="both"/>
      </w:pPr>
      <w:r>
        <w:rPr>
          <w:rFonts w:ascii="Times New Roman" w:hAnsi="Times New Roman" w:eastAsia="Times New Roman"/>
          <w:sz w:val="24"/>
        </w:rPr>
        <w:t>Потому что после поисков любви во Вселенной, в других людях, в Божественном и в самом себе я возвращаюсь к фразе, которая ждала меня с самого начала:</w:t>
      </w:r>
    </w:p>
    <w:p>
      <w:pPr>
        <w:keepLines w:val="0"/>
        <w:jc w:val="left"/>
      </w:pPr>
      <w:r>
        <w:rPr>
          <w:rFonts w:ascii="Times New Roman" w:hAnsi="Times New Roman" w:eastAsia="Times New Roman"/>
          <w:sz w:val="24"/>
        </w:rPr>
        <w:t>В конце концов всё есть любовь.</w:t>
      </w:r>
    </w:p>
    <w:p>
      <w:pPr>
        <w:keepLines w:val="0"/>
        <w:jc w:val="left"/>
      </w:pPr>
      <w:r>
        <w:rPr>
          <w:rFonts w:ascii="Times New Roman" w:hAnsi="Times New Roman" w:eastAsia="Times New Roman"/>
          <w:sz w:val="24"/>
        </w:rPr>
        <w:t>Единственное, что когда-либо было.</w:t>
      </w:r>
    </w:p>
    <w:p>
      <w:pPr>
        <w:keepLines w:val="0"/>
        <w:jc w:val="left"/>
      </w:pPr>
      <w:r>
        <w:rPr>
          <w:rFonts w:ascii="Times New Roman" w:hAnsi="Times New Roman" w:eastAsia="Times New Roman"/>
          <w:sz w:val="24"/>
        </w:rPr>
        <w:t>То, что есть.</w:t>
      </w:r>
    </w:p>
    <w:p>
      <w:pPr>
        <w:keepLines w:val="0"/>
        <w:jc w:val="both"/>
      </w:pPr>
      <w:r>
        <w:rPr>
          <w:rFonts w:ascii="Times New Roman" w:hAnsi="Times New Roman" w:eastAsia="Times New Roman"/>
          <w:sz w:val="24"/>
        </w:rPr>
        <w:t>И то, что, за пределами всего, что я когда-либо смогу понять, будет продолжать быть.</w:t>
      </w:r>
    </w:p>
    <w:p>
      <w:pPr>
        <w:keepLines w:val="0"/>
        <w:jc w:val="left"/>
      </w:pPr>
      <w:r>
        <w:rPr>
          <w:rFonts w:ascii="Times New Roman" w:hAnsi="Times New Roman" w:eastAsia="Times New Roman"/>
          <w:sz w:val="24"/>
        </w:rPr>
        <w:t>Я люблю тебя.</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Искусство отпускания</dc:title>
  <dc:subject>Русский перевод книги The Art of Surrender</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